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3F762" w14:textId="77777777" w:rsidR="00A9055B" w:rsidRPr="002A785D" w:rsidRDefault="00A70C5F">
      <w:pPr>
        <w:spacing w:before="1400"/>
        <w:jc w:val="center"/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2A785D">
        <w:rPr>
          <w:rFonts w:asciiTheme="minorEastAsia" w:eastAsiaTheme="minorEastAsia" w:hAnsiTheme="minorEastAsia"/>
          <w:b/>
          <w:color w:val="000000" w:themeColor="text1"/>
          <w:sz w:val="36"/>
          <w:lang w:eastAsia="ja-JP"/>
        </w:rPr>
        <w:t>大阪市中央卸売市場</w:t>
      </w:r>
    </w:p>
    <w:p w14:paraId="4586342E" w14:textId="77777777" w:rsidR="00A9055B" w:rsidRPr="002A785D" w:rsidRDefault="00A70C5F">
      <w:pPr>
        <w:jc w:val="center"/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2A785D">
        <w:rPr>
          <w:rFonts w:asciiTheme="minorEastAsia" w:eastAsiaTheme="minorEastAsia" w:hAnsiTheme="minorEastAsia"/>
          <w:b/>
          <w:color w:val="000000" w:themeColor="text1"/>
          <w:sz w:val="48"/>
          <w:lang w:eastAsia="ja-JP"/>
        </w:rPr>
        <w:t>施設管理システム再構築</w:t>
      </w:r>
    </w:p>
    <w:p w14:paraId="29C4F750" w14:textId="47F6136B" w:rsidR="009E03DA" w:rsidRPr="002A785D" w:rsidRDefault="00A70C5F">
      <w:pPr>
        <w:spacing w:before="320"/>
        <w:jc w:val="center"/>
        <w:rPr>
          <w:rFonts w:asciiTheme="minorEastAsia" w:eastAsiaTheme="minorEastAsia" w:hAnsiTheme="minorEastAsia" w:hint="eastAsia"/>
          <w:color w:val="000000" w:themeColor="text1"/>
          <w:lang w:eastAsia="zh-TW"/>
        </w:rPr>
      </w:pPr>
      <w:r w:rsidRPr="002A785D">
        <w:rPr>
          <w:rFonts w:asciiTheme="minorEastAsia" w:eastAsiaTheme="minorEastAsia" w:hAnsiTheme="minorEastAsia"/>
          <w:b/>
          <w:color w:val="000000" w:themeColor="text1"/>
          <w:sz w:val="40"/>
          <w:lang w:eastAsia="zh-TW"/>
        </w:rPr>
        <w:t>情報提供依頼（RFI）</w:t>
      </w:r>
      <w:r w:rsidR="009E03DA">
        <w:rPr>
          <w:rFonts w:asciiTheme="minorEastAsia" w:eastAsiaTheme="minorEastAsia" w:hAnsiTheme="minorEastAsia" w:hint="eastAsia"/>
          <w:b/>
          <w:color w:val="000000" w:themeColor="text1"/>
          <w:sz w:val="40"/>
          <w:lang w:eastAsia="zh-TW"/>
        </w:rPr>
        <w:t>実施要領</w:t>
      </w:r>
    </w:p>
    <w:p w14:paraId="5866F452" w14:textId="77777777" w:rsidR="00A9055B" w:rsidRDefault="00A9055B">
      <w:pPr>
        <w:spacing w:after="500"/>
        <w:rPr>
          <w:lang w:eastAsia="zh-TW"/>
        </w:rPr>
      </w:pP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5216"/>
      </w:tblGrid>
      <w:tr w:rsidR="00A9055B" w14:paraId="2C0B96EC" w14:textId="77777777">
        <w:trPr>
          <w:cantSplit/>
          <w:jc w:val="center"/>
        </w:trPr>
        <w:tc>
          <w:tcPr>
            <w:tcW w:w="2381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B7DDD0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b/>
                <w:color w:val="17365D"/>
              </w:rPr>
              <w:t>文書区分</w:t>
            </w:r>
            <w:proofErr w:type="spellEnd"/>
          </w:p>
        </w:tc>
        <w:tc>
          <w:tcPr>
            <w:tcW w:w="52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C516E2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</w:rPr>
              <w:t>情報提供依頼書（Request</w:t>
            </w:r>
            <w:proofErr w:type="spellEnd"/>
            <w:r w:rsidRPr="002A785D">
              <w:rPr>
                <w:rFonts w:asciiTheme="minorEastAsia" w:eastAsiaTheme="minorEastAsia" w:hAnsiTheme="minorEastAsia"/>
              </w:rPr>
              <w:t xml:space="preserve"> for Information）</w:t>
            </w:r>
          </w:p>
        </w:tc>
      </w:tr>
      <w:tr w:rsidR="00A9055B" w14:paraId="63FDDB9D" w14:textId="77777777">
        <w:trPr>
          <w:cantSplit/>
          <w:jc w:val="center"/>
        </w:trPr>
        <w:tc>
          <w:tcPr>
            <w:tcW w:w="2381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A9B144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b/>
                <w:color w:val="17365D"/>
              </w:rPr>
              <w:t>対象</w:t>
            </w:r>
            <w:proofErr w:type="spellEnd"/>
          </w:p>
        </w:tc>
        <w:tc>
          <w:tcPr>
            <w:tcW w:w="52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025183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lang w:eastAsia="ja-JP"/>
              </w:rPr>
              <w:t>次期施設管理システム</w:t>
            </w:r>
          </w:p>
        </w:tc>
      </w:tr>
      <w:tr w:rsidR="00A9055B" w14:paraId="2E692314" w14:textId="77777777">
        <w:trPr>
          <w:cantSplit/>
          <w:jc w:val="center"/>
        </w:trPr>
        <w:tc>
          <w:tcPr>
            <w:tcW w:w="2381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DF0BC0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b/>
                <w:color w:val="17365D"/>
              </w:rPr>
              <w:t>対象市場</w:t>
            </w:r>
            <w:proofErr w:type="spellEnd"/>
          </w:p>
        </w:tc>
        <w:tc>
          <w:tcPr>
            <w:tcW w:w="52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D285F0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</w:rPr>
              <w:t>本場・東部市場</w:t>
            </w:r>
            <w:proofErr w:type="spellEnd"/>
          </w:p>
        </w:tc>
      </w:tr>
      <w:tr w:rsidR="00A9055B" w14:paraId="6EC1C093" w14:textId="77777777">
        <w:trPr>
          <w:cantSplit/>
          <w:jc w:val="center"/>
        </w:trPr>
        <w:tc>
          <w:tcPr>
            <w:tcW w:w="2381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737668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b/>
                <w:color w:val="17365D"/>
              </w:rPr>
              <w:t>発行者</w:t>
            </w:r>
            <w:proofErr w:type="spellEnd"/>
          </w:p>
        </w:tc>
        <w:tc>
          <w:tcPr>
            <w:tcW w:w="52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9239D6" w14:textId="64FBD626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  <w:lang w:eastAsia="zh-TW"/>
              </w:rPr>
            </w:pPr>
            <w:r w:rsidRPr="002A785D">
              <w:rPr>
                <w:rFonts w:asciiTheme="minorEastAsia" w:eastAsiaTheme="minorEastAsia" w:hAnsiTheme="minorEastAsia"/>
                <w:lang w:eastAsia="zh-TW"/>
              </w:rPr>
              <w:t>大阪市中央卸売市場</w:t>
            </w:r>
            <w:r w:rsidR="004E62BC">
              <w:rPr>
                <w:rFonts w:asciiTheme="minorEastAsia" w:eastAsiaTheme="minorEastAsia" w:hAnsiTheme="minorEastAsia" w:hint="eastAsia"/>
                <w:lang w:eastAsia="zh-TW"/>
              </w:rPr>
              <w:t>総務課</w:t>
            </w:r>
          </w:p>
        </w:tc>
      </w:tr>
      <w:tr w:rsidR="00A9055B" w14:paraId="791240BE" w14:textId="77777777">
        <w:trPr>
          <w:cantSplit/>
          <w:jc w:val="center"/>
        </w:trPr>
        <w:tc>
          <w:tcPr>
            <w:tcW w:w="2381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05AEBB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b/>
                <w:color w:val="17365D"/>
              </w:rPr>
              <w:t>発行日</w:t>
            </w:r>
            <w:proofErr w:type="spellEnd"/>
          </w:p>
        </w:tc>
        <w:tc>
          <w:tcPr>
            <w:tcW w:w="52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0D01FD" w14:textId="7C0DD6A0" w:rsidR="00A9055B" w:rsidRPr="002A785D" w:rsidRDefault="004E62BC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>令和８</w:t>
            </w:r>
            <w:r w:rsidR="00A70C5F" w:rsidRPr="002A785D">
              <w:rPr>
                <w:rFonts w:asciiTheme="minorEastAsia" w:eastAsiaTheme="minorEastAsia" w:hAnsiTheme="minorEastAsia"/>
              </w:rPr>
              <w:t>年</w:t>
            </w:r>
            <w:r>
              <w:rPr>
                <w:rFonts w:asciiTheme="minorEastAsia" w:eastAsiaTheme="minorEastAsia" w:hAnsiTheme="minorEastAsia" w:hint="eastAsia"/>
                <w:lang w:eastAsia="ja-JP"/>
              </w:rPr>
              <w:t>10</w:t>
            </w:r>
            <w:r w:rsidR="00A70C5F" w:rsidRPr="002A785D">
              <w:rPr>
                <w:rFonts w:asciiTheme="minorEastAsia" w:eastAsiaTheme="minorEastAsia" w:hAnsiTheme="minorEastAsia"/>
              </w:rPr>
              <w:t>月</w:t>
            </w:r>
            <w:r>
              <w:rPr>
                <w:rFonts w:asciiTheme="minorEastAsia" w:eastAsiaTheme="minorEastAsia" w:hAnsiTheme="minorEastAsia" w:hint="eastAsia"/>
                <w:lang w:eastAsia="ja-JP"/>
              </w:rPr>
              <w:t>16</w:t>
            </w:r>
            <w:r w:rsidR="00A70C5F" w:rsidRPr="002A785D">
              <w:rPr>
                <w:rFonts w:asciiTheme="minorEastAsia" w:eastAsiaTheme="minorEastAsia" w:hAnsiTheme="minorEastAsia"/>
              </w:rPr>
              <w:t>日</w:t>
            </w:r>
            <w:r w:rsidR="00F20EB1">
              <w:rPr>
                <w:rFonts w:asciiTheme="minorEastAsia" w:eastAsiaTheme="minorEastAsia" w:hAnsiTheme="minorEastAsia" w:hint="eastAsia"/>
                <w:lang w:eastAsia="ja-JP"/>
              </w:rPr>
              <w:t>（金曜日）</w:t>
            </w:r>
          </w:p>
        </w:tc>
      </w:tr>
      <w:tr w:rsidR="00A9055B" w14:paraId="5BAA85CD" w14:textId="77777777">
        <w:trPr>
          <w:cantSplit/>
          <w:jc w:val="center"/>
        </w:trPr>
        <w:tc>
          <w:tcPr>
            <w:tcW w:w="2381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4AA033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b/>
                <w:color w:val="17365D"/>
              </w:rPr>
              <w:t>回答期限</w:t>
            </w:r>
            <w:proofErr w:type="spellEnd"/>
          </w:p>
        </w:tc>
        <w:tc>
          <w:tcPr>
            <w:tcW w:w="52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F0A303" w14:textId="66174F5E" w:rsidR="00A9055B" w:rsidRPr="002A785D" w:rsidRDefault="004E62BC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>令和８</w:t>
            </w:r>
            <w:r w:rsidR="00A70C5F" w:rsidRPr="002A785D">
              <w:rPr>
                <w:rFonts w:asciiTheme="minorEastAsia" w:eastAsiaTheme="minorEastAsia" w:hAnsiTheme="minorEastAsia"/>
              </w:rPr>
              <w:t>年</w:t>
            </w:r>
            <w:r>
              <w:rPr>
                <w:rFonts w:asciiTheme="minorEastAsia" w:eastAsiaTheme="minorEastAsia" w:hAnsiTheme="minorEastAsia" w:hint="eastAsia"/>
                <w:lang w:eastAsia="ja-JP"/>
              </w:rPr>
              <w:t>12</w:t>
            </w:r>
            <w:r w:rsidR="00A70C5F" w:rsidRPr="002A785D">
              <w:rPr>
                <w:rFonts w:asciiTheme="minorEastAsia" w:eastAsiaTheme="minorEastAsia" w:hAnsiTheme="minorEastAsia"/>
              </w:rPr>
              <w:t>月</w:t>
            </w:r>
            <w:r>
              <w:rPr>
                <w:rFonts w:asciiTheme="minorEastAsia" w:eastAsiaTheme="minorEastAsia" w:hAnsiTheme="minorEastAsia" w:hint="eastAsia"/>
                <w:lang w:eastAsia="ja-JP"/>
              </w:rPr>
              <w:t>４</w:t>
            </w:r>
            <w:r w:rsidR="00A70C5F" w:rsidRPr="002A785D">
              <w:rPr>
                <w:rFonts w:asciiTheme="minorEastAsia" w:eastAsiaTheme="minorEastAsia" w:hAnsiTheme="minorEastAsia"/>
              </w:rPr>
              <w:t>日</w:t>
            </w:r>
            <w:r w:rsidR="00F20EB1">
              <w:rPr>
                <w:rFonts w:asciiTheme="minorEastAsia" w:eastAsiaTheme="minorEastAsia" w:hAnsiTheme="minorEastAsia" w:hint="eastAsia"/>
                <w:lang w:eastAsia="ja-JP"/>
              </w:rPr>
              <w:t>（金曜日）</w:t>
            </w:r>
          </w:p>
        </w:tc>
      </w:tr>
      <w:tr w:rsidR="000A0E38" w14:paraId="134E3943" w14:textId="77777777">
        <w:trPr>
          <w:cantSplit/>
          <w:jc w:val="center"/>
        </w:trPr>
        <w:tc>
          <w:tcPr>
            <w:tcW w:w="2381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996548" w14:textId="28BD8996" w:rsidR="000A0E38" w:rsidRDefault="000A0E38">
            <w:pPr>
              <w:spacing w:after="0" w:line="264" w:lineRule="auto"/>
              <w:rPr>
                <w:b/>
                <w:color w:val="17365D"/>
              </w:rPr>
            </w:pPr>
            <w:r>
              <w:rPr>
                <w:rFonts w:ascii="ＭＳ 明朝" w:eastAsia="ＭＳ 明朝" w:hAnsi="ＭＳ 明朝" w:cs="ＭＳ 明朝" w:hint="eastAsia"/>
                <w:b/>
                <w:color w:val="17365D"/>
                <w:lang w:eastAsia="ja-JP"/>
              </w:rPr>
              <w:t>回答先</w:t>
            </w:r>
          </w:p>
        </w:tc>
        <w:tc>
          <w:tcPr>
            <w:tcW w:w="52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B5693F" w14:textId="69CFFD7F" w:rsidR="000A0E38" w:rsidRDefault="000A0E38">
            <w:pPr>
              <w:spacing w:after="0" w:line="264" w:lineRule="auto"/>
              <w:rPr>
                <w:rFonts w:ascii="ＭＳ 明朝" w:eastAsia="ＭＳ 明朝" w:hAnsi="ＭＳ 明朝" w:cs="ＭＳ 明朝"/>
                <w:lang w:eastAsia="zh-TW"/>
              </w:rPr>
            </w:pPr>
            <w:r>
              <w:rPr>
                <w:rFonts w:ascii="ＭＳ 明朝" w:eastAsia="ＭＳ 明朝" w:hAnsi="ＭＳ 明朝" w:cs="ＭＳ 明朝" w:hint="eastAsia"/>
                <w:lang w:eastAsia="zh-TW"/>
              </w:rPr>
              <w:t>大阪</w:t>
            </w:r>
            <w:r w:rsidR="00C315F5">
              <w:rPr>
                <w:rFonts w:ascii="ＭＳ 明朝" w:eastAsia="ＭＳ 明朝" w:hAnsi="ＭＳ 明朝" w:cs="ＭＳ 明朝" w:hint="eastAsia"/>
                <w:lang w:eastAsia="zh-TW"/>
              </w:rPr>
              <w:t>市</w:t>
            </w:r>
            <w:r>
              <w:rPr>
                <w:rFonts w:ascii="ＭＳ 明朝" w:eastAsia="ＭＳ 明朝" w:hAnsi="ＭＳ 明朝" w:cs="ＭＳ 明朝" w:hint="eastAsia"/>
                <w:lang w:eastAsia="zh-TW"/>
              </w:rPr>
              <w:t>中央卸売市場総務課</w:t>
            </w:r>
          </w:p>
          <w:p w14:paraId="51CF286A" w14:textId="6CADB195" w:rsidR="000A0E38" w:rsidRDefault="000A0E38">
            <w:pPr>
              <w:spacing w:after="0" w:line="264" w:lineRule="auto"/>
            </w:pPr>
            <w:r>
              <w:rPr>
                <w:rFonts w:ascii="ＭＳ 明朝" w:eastAsia="ＭＳ 明朝" w:hAnsi="ＭＳ 明朝" w:cs="ＭＳ 明朝" w:hint="eastAsia"/>
                <w:lang w:eastAsia="ja-JP"/>
              </w:rPr>
              <w:t>メール：gd0001@city.osaka.lg.jp</w:t>
            </w:r>
          </w:p>
        </w:tc>
      </w:tr>
    </w:tbl>
    <w:p w14:paraId="37DBEFE7" w14:textId="77777777" w:rsidR="00A9055B" w:rsidRDefault="00A9055B">
      <w:pPr>
        <w:spacing w:after="1100"/>
      </w:pPr>
    </w:p>
    <w:p w14:paraId="0F319452" w14:textId="77777777" w:rsidR="00A9055B" w:rsidRPr="00847C3A" w:rsidRDefault="00A70C5F">
      <w:pPr>
        <w:rPr>
          <w:rFonts w:eastAsiaTheme="minorEastAsia" w:hint="eastAsia"/>
          <w:lang w:eastAsia="ja-JP"/>
        </w:rPr>
      </w:pPr>
      <w:r>
        <w:br w:type="page"/>
      </w:r>
    </w:p>
    <w:p w14:paraId="7C13CE39" w14:textId="77777777" w:rsidR="00A9055B" w:rsidRPr="002A785D" w:rsidRDefault="00A70C5F">
      <w:pPr>
        <w:pStyle w:val="H1RFI"/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2A785D">
        <w:rPr>
          <w:rFonts w:asciiTheme="minorEastAsia" w:eastAsiaTheme="minorEastAsia" w:hAnsiTheme="minorEastAsia"/>
          <w:color w:val="000000" w:themeColor="text1"/>
          <w:lang w:eastAsia="ja-JP"/>
        </w:rPr>
        <w:lastRenderedPageBreak/>
        <w:t>1. 情報提供依頼の趣旨</w:t>
      </w:r>
    </w:p>
    <w:p w14:paraId="1EDB6901" w14:textId="77777777" w:rsidR="00A9055B" w:rsidRPr="002A785D" w:rsidRDefault="00A70C5F" w:rsidP="0056554C">
      <w:pPr>
        <w:ind w:firstLineChars="100" w:firstLine="200"/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/>
          <w:lang w:eastAsia="ja-JP"/>
        </w:rPr>
        <w:t>大阪市中央卸売市場では、現行の施設管理システムの老朽化、OSサポート終了、業務実態とシステム機能の乖離等を踏まえ、次期施設管理システムの再構築を検討しています。</w:t>
      </w:r>
    </w:p>
    <w:p w14:paraId="62580E6C" w14:textId="77777777" w:rsidR="00A9055B" w:rsidRPr="002A785D" w:rsidRDefault="00A70C5F" w:rsidP="0056554C">
      <w:pPr>
        <w:ind w:firstLineChars="100" w:firstLine="200"/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/>
          <w:lang w:eastAsia="ja-JP"/>
        </w:rPr>
        <w:t>本RFIは、今後の調達仕様、実現方式、予定価格、構築・移行・運用保守条件を具体化するため、民間事業者が有する製品・サービス、技術、導入実績、費用等の情報を収集することを目的として実施するものです。</w:t>
      </w:r>
    </w:p>
    <w:p w14:paraId="22C2D9FA" w14:textId="77777777" w:rsidR="00A9055B" w:rsidRPr="002A785D" w:rsidRDefault="00A70C5F">
      <w:pPr>
        <w:pStyle w:val="H1RFI"/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/>
          <w:lang w:eastAsia="ja-JP"/>
        </w:rPr>
        <w:t xml:space="preserve">2. </w:t>
      </w:r>
      <w:r w:rsidRPr="002A785D">
        <w:rPr>
          <w:rFonts w:asciiTheme="minorEastAsia" w:eastAsiaTheme="minorEastAsia" w:hAnsiTheme="minorEastAsia"/>
          <w:color w:val="000000" w:themeColor="text1"/>
          <w:lang w:eastAsia="ja-JP"/>
        </w:rPr>
        <w:t>背景・現行課題</w:t>
      </w:r>
    </w:p>
    <w:p w14:paraId="28312297" w14:textId="77777777" w:rsidR="00A9055B" w:rsidRPr="002A785D" w:rsidRDefault="00A70C5F">
      <w:pPr>
        <w:ind w:left="283" w:hanging="170"/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/>
          <w:lang w:eastAsia="ja-JP"/>
        </w:rPr>
        <w:t>・現行システムは導入から約25年が経過しており、保守性・継続利用性の確保が課題となっています。</w:t>
      </w:r>
    </w:p>
    <w:p w14:paraId="0008BB5F" w14:textId="01124171" w:rsidR="00A9055B" w:rsidRPr="002A785D" w:rsidRDefault="00A70C5F">
      <w:pPr>
        <w:ind w:left="283" w:hanging="170"/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/>
          <w:lang w:eastAsia="ja-JP"/>
        </w:rPr>
        <w:t>・施設使用者、施設許可、保証金、</w:t>
      </w:r>
      <w:r w:rsidR="000A0E38" w:rsidRPr="002A785D">
        <w:rPr>
          <w:rFonts w:asciiTheme="minorEastAsia" w:eastAsiaTheme="minorEastAsia" w:hAnsiTheme="minorEastAsia" w:hint="eastAsia"/>
          <w:lang w:eastAsia="ja-JP"/>
        </w:rPr>
        <w:t>施設</w:t>
      </w:r>
      <w:r w:rsidRPr="002A785D">
        <w:rPr>
          <w:rFonts w:asciiTheme="minorEastAsia" w:eastAsiaTheme="minorEastAsia" w:hAnsiTheme="minorEastAsia"/>
          <w:lang w:eastAsia="ja-JP"/>
        </w:rPr>
        <w:t>使用料、売上高割使用料、維持料、工作物</w:t>
      </w:r>
      <w:r w:rsidR="000A0E38" w:rsidRPr="002A785D">
        <w:rPr>
          <w:rFonts w:asciiTheme="minorEastAsia" w:eastAsiaTheme="minorEastAsia" w:hAnsiTheme="minorEastAsia" w:cs="ＭＳ 明朝" w:hint="eastAsia"/>
          <w:lang w:eastAsia="ja-JP"/>
        </w:rPr>
        <w:t>承認</w:t>
      </w:r>
      <w:r w:rsidRPr="002A785D">
        <w:rPr>
          <w:rFonts w:asciiTheme="minorEastAsia" w:eastAsiaTheme="minorEastAsia" w:hAnsiTheme="minorEastAsia"/>
          <w:lang w:eastAsia="ja-JP"/>
        </w:rPr>
        <w:t>、図面</w:t>
      </w:r>
      <w:r w:rsidR="000A0E38" w:rsidRPr="002A785D">
        <w:rPr>
          <w:rFonts w:asciiTheme="minorEastAsia" w:eastAsiaTheme="minorEastAsia" w:hAnsiTheme="minorEastAsia" w:cs="ＭＳ 明朝" w:hint="eastAsia"/>
          <w:lang w:eastAsia="ja-JP"/>
        </w:rPr>
        <w:t>管理</w:t>
      </w:r>
      <w:r w:rsidRPr="002A785D">
        <w:rPr>
          <w:rFonts w:asciiTheme="minorEastAsia" w:eastAsiaTheme="minorEastAsia" w:hAnsiTheme="minorEastAsia"/>
          <w:lang w:eastAsia="ja-JP"/>
        </w:rPr>
        <w:t>等の情報がシステム、Excel、紙、Word等に分散しています。</w:t>
      </w:r>
    </w:p>
    <w:p w14:paraId="6A08EE0C" w14:textId="77777777" w:rsidR="00A9055B" w:rsidRPr="002A785D" w:rsidRDefault="00A70C5F">
      <w:pPr>
        <w:ind w:left="283" w:hanging="170"/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/>
          <w:lang w:eastAsia="ja-JP"/>
        </w:rPr>
        <w:t>・同一情報の再入力、Excelによる料金計算・明細作成、帳票補正が発生し、作業負荷や転記誤りのリスクがあります。</w:t>
      </w:r>
    </w:p>
    <w:p w14:paraId="73A12796" w14:textId="5C263901" w:rsidR="00A9055B" w:rsidRPr="002A785D" w:rsidRDefault="00A70C5F">
      <w:pPr>
        <w:ind w:left="283" w:hanging="170"/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/>
          <w:lang w:eastAsia="ja-JP"/>
        </w:rPr>
        <w:t>・</w:t>
      </w:r>
      <w:r w:rsidR="000A0E38" w:rsidRPr="002A785D">
        <w:rPr>
          <w:rFonts w:asciiTheme="minorEastAsia" w:eastAsiaTheme="minorEastAsia" w:hAnsiTheme="minorEastAsia" w:cs="ＭＳ 明朝" w:hint="eastAsia"/>
          <w:lang w:eastAsia="ja-JP"/>
        </w:rPr>
        <w:t>現行の施設管理システムでは、</w:t>
      </w:r>
      <w:r w:rsidRPr="002A785D">
        <w:rPr>
          <w:rFonts w:asciiTheme="minorEastAsia" w:eastAsiaTheme="minorEastAsia" w:hAnsiTheme="minorEastAsia"/>
          <w:lang w:eastAsia="ja-JP"/>
        </w:rPr>
        <w:t>図面管理機能の停止により、図面、空き区画、使用者情報を別管理しており、位置・使用状況確認に手間を要しています。</w:t>
      </w:r>
    </w:p>
    <w:p w14:paraId="659D2063" w14:textId="77777777" w:rsidR="000A0E38" w:rsidRPr="002A785D" w:rsidRDefault="00A70C5F">
      <w:pPr>
        <w:pStyle w:val="H1RFI"/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2A785D">
        <w:rPr>
          <w:rFonts w:asciiTheme="minorEastAsia" w:eastAsiaTheme="minorEastAsia" w:hAnsiTheme="minorEastAsia"/>
          <w:color w:val="000000" w:themeColor="text1"/>
          <w:lang w:eastAsia="ja-JP"/>
        </w:rPr>
        <w:t xml:space="preserve">3. </w:t>
      </w:r>
      <w:r w:rsidR="000A0E38" w:rsidRPr="002A785D">
        <w:rPr>
          <w:rFonts w:asciiTheme="minorEastAsia" w:eastAsiaTheme="minorEastAsia" w:hAnsiTheme="minorEastAsia"/>
          <w:color w:val="000000" w:themeColor="text1"/>
          <w:lang w:eastAsia="ja-JP"/>
        </w:rPr>
        <w:t>対象業務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2438"/>
        <w:gridCol w:w="6236"/>
      </w:tblGrid>
      <w:tr w:rsidR="000A0E38" w:rsidRPr="002A785D" w14:paraId="21B47028" w14:textId="77777777" w:rsidTr="006576C1">
        <w:trPr>
          <w:cantSplit/>
          <w:tblHeader/>
          <w:jc w:val="center"/>
        </w:trPr>
        <w:tc>
          <w:tcPr>
            <w:tcW w:w="680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F06395" w14:textId="77777777" w:rsidR="000A0E38" w:rsidRPr="002A785D" w:rsidRDefault="000A0E38" w:rsidP="006576C1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b/>
                <w:color w:val="FFFFFF"/>
                <w:sz w:val="18"/>
              </w:rPr>
              <w:t>No.</w:t>
            </w:r>
          </w:p>
        </w:tc>
        <w:tc>
          <w:tcPr>
            <w:tcW w:w="2438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29415E" w14:textId="77777777" w:rsidR="000A0E38" w:rsidRPr="002A785D" w:rsidRDefault="000A0E38" w:rsidP="006576C1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b/>
                <w:color w:val="FFFFFF"/>
                <w:sz w:val="18"/>
              </w:rPr>
              <w:t>業務領域</w:t>
            </w:r>
            <w:proofErr w:type="spellEnd"/>
          </w:p>
        </w:tc>
        <w:tc>
          <w:tcPr>
            <w:tcW w:w="6236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BD7EC1" w14:textId="77777777" w:rsidR="000A0E38" w:rsidRPr="002A785D" w:rsidRDefault="000A0E38" w:rsidP="006576C1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b/>
                <w:color w:val="FFFFFF"/>
                <w:sz w:val="18"/>
              </w:rPr>
              <w:t>概要</w:t>
            </w:r>
            <w:proofErr w:type="spellEnd"/>
          </w:p>
        </w:tc>
      </w:tr>
      <w:tr w:rsidR="000A0E38" w:rsidRPr="002A785D" w14:paraId="06719F15" w14:textId="77777777" w:rsidTr="006576C1">
        <w:trPr>
          <w:cantSplit/>
          <w:jc w:val="center"/>
        </w:trPr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3F714B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8"/>
              </w:rPr>
              <w:t>1</w:t>
            </w:r>
          </w:p>
        </w:tc>
        <w:tc>
          <w:tcPr>
            <w:tcW w:w="243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EA1E03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8"/>
              </w:rPr>
              <w:t>施設使用者管理</w:t>
            </w:r>
            <w:proofErr w:type="spellEnd"/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8E5C25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8"/>
                <w:lang w:eastAsia="ja-JP"/>
              </w:rPr>
              <w:t>卸売業者、仲卸業者、関連事業者、行政財産目的外使用者等の基本情報を一元管理する。</w:t>
            </w:r>
          </w:p>
        </w:tc>
      </w:tr>
      <w:tr w:rsidR="000A0E38" w:rsidRPr="002A785D" w14:paraId="62807940" w14:textId="77777777" w:rsidTr="006576C1">
        <w:trPr>
          <w:cantSplit/>
          <w:jc w:val="center"/>
        </w:trPr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F09F7A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8"/>
              </w:rPr>
              <w:t>2</w:t>
            </w:r>
          </w:p>
        </w:tc>
        <w:tc>
          <w:tcPr>
            <w:tcW w:w="243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22E3A9" w14:textId="5368B0ED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8"/>
              </w:rPr>
              <w:t>施設使用許可</w:t>
            </w:r>
            <w:proofErr w:type="spellEnd"/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84AA28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8"/>
                <w:lang w:eastAsia="ja-JP"/>
              </w:rPr>
              <w:t>新規許可、変更、返還、一括更新、許可状態管理、帳票作成を行う。</w:t>
            </w:r>
          </w:p>
        </w:tc>
      </w:tr>
      <w:tr w:rsidR="000A0E38" w:rsidRPr="002A785D" w14:paraId="3B1D9608" w14:textId="77777777" w:rsidTr="006576C1">
        <w:trPr>
          <w:cantSplit/>
          <w:jc w:val="center"/>
        </w:trPr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B87958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8"/>
              </w:rPr>
              <w:t>3</w:t>
            </w:r>
          </w:p>
        </w:tc>
        <w:tc>
          <w:tcPr>
            <w:tcW w:w="243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1410CA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8"/>
              </w:rPr>
              <w:t>保証金管理</w:t>
            </w:r>
            <w:proofErr w:type="spellEnd"/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D4FDE9" w14:textId="274CB712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8"/>
                <w:lang w:eastAsia="ja-JP"/>
              </w:rPr>
              <w:t>納入</w:t>
            </w:r>
            <w:r w:rsidR="005C273F">
              <w:rPr>
                <w:rFonts w:asciiTheme="minorEastAsia" w:eastAsiaTheme="minorEastAsia" w:hAnsiTheme="minorEastAsia" w:hint="eastAsia"/>
                <w:sz w:val="18"/>
                <w:lang w:eastAsia="ja-JP"/>
              </w:rPr>
              <w:t>・</w:t>
            </w:r>
            <w:r w:rsidRPr="002A785D">
              <w:rPr>
                <w:rFonts w:asciiTheme="minorEastAsia" w:eastAsiaTheme="minorEastAsia" w:hAnsiTheme="minorEastAsia"/>
                <w:sz w:val="18"/>
                <w:lang w:eastAsia="ja-JP"/>
              </w:rPr>
              <w:t>還付</w:t>
            </w:r>
            <w:r w:rsidR="005C273F">
              <w:rPr>
                <w:rFonts w:asciiTheme="minorEastAsia" w:eastAsiaTheme="minorEastAsia" w:hAnsiTheme="minorEastAsia" w:hint="eastAsia"/>
                <w:sz w:val="18"/>
                <w:lang w:eastAsia="ja-JP"/>
              </w:rPr>
              <w:t>の記録</w:t>
            </w:r>
            <w:r w:rsidRPr="002A785D">
              <w:rPr>
                <w:rFonts w:asciiTheme="minorEastAsia" w:eastAsiaTheme="minorEastAsia" w:hAnsiTheme="minorEastAsia"/>
                <w:sz w:val="18"/>
                <w:lang w:eastAsia="ja-JP"/>
              </w:rPr>
              <w:t>、改定、条件判定、台帳、修正、会計連携</w:t>
            </w:r>
            <w:r w:rsidR="00F87118"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（外部連携）</w:t>
            </w:r>
            <w:r w:rsidRPr="002A785D">
              <w:rPr>
                <w:rFonts w:asciiTheme="minorEastAsia" w:eastAsiaTheme="minorEastAsia" w:hAnsiTheme="minorEastAsia"/>
                <w:sz w:val="18"/>
                <w:lang w:eastAsia="ja-JP"/>
              </w:rPr>
              <w:t>を行う。</w:t>
            </w:r>
          </w:p>
        </w:tc>
      </w:tr>
      <w:tr w:rsidR="000A0E38" w:rsidRPr="002A785D" w14:paraId="47348270" w14:textId="77777777" w:rsidTr="006576C1">
        <w:trPr>
          <w:cantSplit/>
          <w:jc w:val="center"/>
        </w:trPr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118832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8"/>
              </w:rPr>
              <w:t>4</w:t>
            </w:r>
          </w:p>
        </w:tc>
        <w:tc>
          <w:tcPr>
            <w:tcW w:w="243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A2D775" w14:textId="4441F8DD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8"/>
              </w:rPr>
              <w:t>施設使用料管理</w:t>
            </w:r>
            <w:proofErr w:type="spellEnd"/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306F8E" w14:textId="607C5456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8"/>
                <w:lang w:eastAsia="ja-JP"/>
              </w:rPr>
              <w:t>月次料金計算、日割計算、調定、修正、過去照会、会計連携</w:t>
            </w:r>
            <w:r w:rsidR="00F87118"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（外部連携）</w:t>
            </w:r>
            <w:r w:rsidRPr="002A785D">
              <w:rPr>
                <w:rFonts w:asciiTheme="minorEastAsia" w:eastAsiaTheme="minorEastAsia" w:hAnsiTheme="minorEastAsia"/>
                <w:sz w:val="18"/>
                <w:lang w:eastAsia="ja-JP"/>
              </w:rPr>
              <w:t>を行う。</w:t>
            </w:r>
          </w:p>
        </w:tc>
      </w:tr>
      <w:tr w:rsidR="000A0E38" w:rsidRPr="002A785D" w14:paraId="37352918" w14:textId="77777777" w:rsidTr="006576C1">
        <w:trPr>
          <w:cantSplit/>
          <w:jc w:val="center"/>
        </w:trPr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7CD33C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8"/>
              </w:rPr>
              <w:t>5</w:t>
            </w:r>
          </w:p>
        </w:tc>
        <w:tc>
          <w:tcPr>
            <w:tcW w:w="243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C088C1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8"/>
              </w:rPr>
              <w:t>工作物承認</w:t>
            </w:r>
            <w:proofErr w:type="spellEnd"/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4B136E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8"/>
                <w:lang w:eastAsia="ja-JP"/>
              </w:rPr>
              <w:t>申請、承認、台帳、共用部・複数区画管理、検索を行う。</w:t>
            </w:r>
          </w:p>
        </w:tc>
      </w:tr>
      <w:tr w:rsidR="000A0E38" w:rsidRPr="002A785D" w14:paraId="07242B05" w14:textId="77777777" w:rsidTr="006576C1">
        <w:trPr>
          <w:cantSplit/>
          <w:jc w:val="center"/>
        </w:trPr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765829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8"/>
              </w:rPr>
              <w:t>6</w:t>
            </w:r>
          </w:p>
        </w:tc>
        <w:tc>
          <w:tcPr>
            <w:tcW w:w="243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20D997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8"/>
              </w:rPr>
              <w:t>売上高割使用料管理</w:t>
            </w:r>
            <w:proofErr w:type="spellEnd"/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482E46" w14:textId="0970E63D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8"/>
                <w:lang w:eastAsia="ja-JP"/>
              </w:rPr>
              <w:t>月間売上入力、税率・数量計算、調定、過去照会、会計連携</w:t>
            </w:r>
            <w:r w:rsidR="00E331FA"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（外部連携）</w:t>
            </w:r>
            <w:r w:rsidRPr="002A785D">
              <w:rPr>
                <w:rFonts w:asciiTheme="minorEastAsia" w:eastAsiaTheme="minorEastAsia" w:hAnsiTheme="minorEastAsia"/>
                <w:sz w:val="18"/>
                <w:lang w:eastAsia="ja-JP"/>
              </w:rPr>
              <w:t>を行う。</w:t>
            </w:r>
          </w:p>
        </w:tc>
      </w:tr>
      <w:tr w:rsidR="000A0E38" w14:paraId="00A7E486" w14:textId="77777777" w:rsidTr="006576C1">
        <w:trPr>
          <w:cantSplit/>
          <w:jc w:val="center"/>
        </w:trPr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930E66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8"/>
              </w:rPr>
              <w:t>7</w:t>
            </w:r>
          </w:p>
        </w:tc>
        <w:tc>
          <w:tcPr>
            <w:tcW w:w="243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9C1FA4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8"/>
              </w:rPr>
              <w:t>維持料管理</w:t>
            </w:r>
            <w:proofErr w:type="spellEnd"/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76C672" w14:textId="281FD825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8"/>
                <w:lang w:eastAsia="ja-JP"/>
              </w:rPr>
              <w:t>検針値取込、使用量変更、料金計算、調定、メータ管理、過去照会、会計連携</w:t>
            </w:r>
            <w:r w:rsidR="00E331FA"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（外部連携）</w:t>
            </w:r>
            <w:r w:rsidRPr="002A785D">
              <w:rPr>
                <w:rFonts w:asciiTheme="minorEastAsia" w:eastAsiaTheme="minorEastAsia" w:hAnsiTheme="minorEastAsia"/>
                <w:sz w:val="18"/>
                <w:lang w:eastAsia="ja-JP"/>
              </w:rPr>
              <w:t>を行う。</w:t>
            </w:r>
          </w:p>
        </w:tc>
      </w:tr>
      <w:tr w:rsidR="000A0E38" w14:paraId="18AE7EC6" w14:textId="77777777" w:rsidTr="006576C1">
        <w:trPr>
          <w:cantSplit/>
          <w:jc w:val="center"/>
        </w:trPr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F6ABBE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8"/>
              </w:rPr>
              <w:t>8</w:t>
            </w:r>
          </w:p>
        </w:tc>
        <w:tc>
          <w:tcPr>
            <w:tcW w:w="243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27614D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8"/>
              </w:rPr>
              <w:t>図面管理</w:t>
            </w:r>
            <w:proofErr w:type="spellEnd"/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CCC501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8"/>
                <w:lang w:eastAsia="ja-JP"/>
              </w:rPr>
              <w:t>区画の追加・変更、使用状況・空き状況の可視化、印刷を行う。</w:t>
            </w:r>
          </w:p>
        </w:tc>
      </w:tr>
      <w:tr w:rsidR="000A0E38" w14:paraId="4538B153" w14:textId="77777777" w:rsidTr="006576C1">
        <w:trPr>
          <w:cantSplit/>
          <w:jc w:val="center"/>
        </w:trPr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422960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8"/>
              </w:rPr>
              <w:t>9</w:t>
            </w:r>
          </w:p>
        </w:tc>
        <w:tc>
          <w:tcPr>
            <w:tcW w:w="243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3A3198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8"/>
              </w:rPr>
              <w:t>マスタ管理</w:t>
            </w:r>
            <w:proofErr w:type="spellEnd"/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8D9FD0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8"/>
                <w:lang w:eastAsia="ja-JP"/>
              </w:rPr>
              <w:t>支払区分、税率、保証金算出条件、既存マスタ等を履歴付きで管理する。</w:t>
            </w:r>
          </w:p>
        </w:tc>
      </w:tr>
      <w:tr w:rsidR="000A0E38" w14:paraId="6B2E3E22" w14:textId="77777777" w:rsidTr="006576C1">
        <w:trPr>
          <w:cantSplit/>
          <w:jc w:val="center"/>
        </w:trPr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F790EC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8"/>
              </w:rPr>
              <w:t>10</w:t>
            </w:r>
          </w:p>
        </w:tc>
        <w:tc>
          <w:tcPr>
            <w:tcW w:w="243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7F8A6B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8"/>
              </w:rPr>
              <w:t>統計・照会</w:t>
            </w:r>
            <w:proofErr w:type="spellEnd"/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EE1F2A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8"/>
                <w:lang w:eastAsia="ja-JP"/>
              </w:rPr>
              <w:t>決算見込み、統計、各料金の過去照会、Excel出力等を行う。</w:t>
            </w:r>
          </w:p>
        </w:tc>
      </w:tr>
    </w:tbl>
    <w:p w14:paraId="0A542FD1" w14:textId="7E1604AD" w:rsidR="00986C5A" w:rsidRPr="002A785D" w:rsidRDefault="00A70C5F">
      <w:pPr>
        <w:pStyle w:val="H1RFI"/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2A785D">
        <w:rPr>
          <w:rFonts w:asciiTheme="minorEastAsia" w:eastAsiaTheme="minorEastAsia" w:hAnsiTheme="minorEastAsia"/>
          <w:color w:val="000000" w:themeColor="text1"/>
          <w:lang w:eastAsia="ja-JP"/>
        </w:rPr>
        <w:lastRenderedPageBreak/>
        <w:t xml:space="preserve">4. </w:t>
      </w:r>
      <w:r w:rsidR="000A0E38" w:rsidRPr="002A785D">
        <w:rPr>
          <w:rFonts w:asciiTheme="minorEastAsia" w:eastAsiaTheme="minorEastAsia" w:hAnsiTheme="minorEastAsia"/>
          <w:color w:val="000000" w:themeColor="text1"/>
          <w:lang w:eastAsia="ja-JP"/>
        </w:rPr>
        <w:t>次期システムの基本方針（現時点）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2154"/>
        <w:gridCol w:w="6520"/>
      </w:tblGrid>
      <w:tr w:rsidR="000A0E38" w:rsidRPr="002A785D" w14:paraId="06B9B13B" w14:textId="77777777" w:rsidTr="006576C1">
        <w:trPr>
          <w:cantSplit/>
          <w:tblHeader/>
          <w:jc w:val="center"/>
        </w:trPr>
        <w:tc>
          <w:tcPr>
            <w:tcW w:w="680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326200" w14:textId="77777777" w:rsidR="000A0E38" w:rsidRPr="002A785D" w:rsidRDefault="000A0E38" w:rsidP="006576C1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b/>
                <w:color w:val="FFFFFF"/>
                <w:sz w:val="18"/>
              </w:rPr>
              <w:t>No.</w:t>
            </w:r>
          </w:p>
        </w:tc>
        <w:tc>
          <w:tcPr>
            <w:tcW w:w="2154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E66EAB" w14:textId="77777777" w:rsidR="000A0E38" w:rsidRPr="002A785D" w:rsidRDefault="000A0E38" w:rsidP="006576C1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b/>
                <w:color w:val="FFFFFF"/>
                <w:sz w:val="18"/>
              </w:rPr>
              <w:t>方針</w:t>
            </w:r>
            <w:proofErr w:type="spellEnd"/>
          </w:p>
        </w:tc>
        <w:tc>
          <w:tcPr>
            <w:tcW w:w="6520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3079B3" w14:textId="77777777" w:rsidR="000A0E38" w:rsidRPr="002A785D" w:rsidRDefault="000A0E38" w:rsidP="006576C1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b/>
                <w:color w:val="FFFFFF"/>
                <w:sz w:val="18"/>
              </w:rPr>
              <w:t>概要</w:t>
            </w:r>
            <w:proofErr w:type="spellEnd"/>
          </w:p>
        </w:tc>
      </w:tr>
      <w:tr w:rsidR="000A0E38" w:rsidRPr="002A785D" w14:paraId="178E3D96" w14:textId="77777777" w:rsidTr="006576C1">
        <w:trPr>
          <w:cantSplit/>
          <w:jc w:val="center"/>
        </w:trPr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D0D8D0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8"/>
              </w:rPr>
              <w:t>1</w:t>
            </w:r>
          </w:p>
        </w:tc>
        <w:tc>
          <w:tcPr>
            <w:tcW w:w="21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1A55C4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8"/>
              </w:rPr>
              <w:t>データ一元化</w:t>
            </w:r>
            <w:proofErr w:type="spellEnd"/>
          </w:p>
        </w:tc>
        <w:tc>
          <w:tcPr>
            <w:tcW w:w="6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590E80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8"/>
                <w:lang w:eastAsia="ja-JP"/>
              </w:rPr>
              <w:t>施設使用者、施設、区画、許可等の基礎情報を共通データとして管理し、各業務が同一データを参照する構成とする。</w:t>
            </w:r>
          </w:p>
        </w:tc>
      </w:tr>
      <w:tr w:rsidR="000A0E38" w:rsidRPr="002A785D" w14:paraId="73EEE598" w14:textId="77777777" w:rsidTr="006576C1">
        <w:trPr>
          <w:cantSplit/>
          <w:jc w:val="center"/>
        </w:trPr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DD6B59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8"/>
              </w:rPr>
              <w:t>2</w:t>
            </w:r>
          </w:p>
        </w:tc>
        <w:tc>
          <w:tcPr>
            <w:tcW w:w="21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6C1697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8"/>
                <w:lang w:eastAsia="ja-JP"/>
              </w:rPr>
              <w:t>クラウド・Web利用</w:t>
            </w:r>
          </w:p>
        </w:tc>
        <w:tc>
          <w:tcPr>
            <w:tcW w:w="6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3493D7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  <w:sz w:val="18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8"/>
                <w:lang w:eastAsia="ja-JP"/>
              </w:rPr>
              <w:t>クラウドサービスを利用した再構築を基本とし、</w:t>
            </w:r>
            <w:r w:rsidR="00770199"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大阪市庁内</w:t>
            </w:r>
            <w:r w:rsidRPr="002A785D">
              <w:rPr>
                <w:rFonts w:asciiTheme="minorEastAsia" w:eastAsiaTheme="minorEastAsia" w:hAnsiTheme="minorEastAsia"/>
                <w:sz w:val="18"/>
                <w:lang w:eastAsia="ja-JP"/>
              </w:rPr>
              <w:t>ネットワークからWebブラウザで利用する構成を基本とする。</w:t>
            </w:r>
          </w:p>
          <w:p w14:paraId="6661B13B" w14:textId="77777777" w:rsidR="00770199" w:rsidRPr="002A785D" w:rsidRDefault="00770199" w:rsidP="006576C1">
            <w:pPr>
              <w:spacing w:after="0" w:line="264" w:lineRule="auto"/>
              <w:rPr>
                <w:rFonts w:asciiTheme="minorEastAsia" w:eastAsiaTheme="minorEastAsia" w:hAnsiTheme="minorEastAsia"/>
                <w:sz w:val="18"/>
                <w:lang w:eastAsia="ja-JP"/>
              </w:rPr>
            </w:pPr>
            <w:r w:rsidRPr="002A785D">
              <w:rPr>
                <w:rFonts w:asciiTheme="minorEastAsia" w:eastAsiaTheme="minorEastAsia" w:hAnsiTheme="minorEastAsia" w:hint="eastAsia"/>
                <w:sz w:val="18"/>
                <w:lang w:eastAsia="ja-JP"/>
              </w:rPr>
              <w:t>また、クラウド利用について特に指定が無い場合、「大阪市共通クラウド</w:t>
            </w:r>
          </w:p>
          <w:p w14:paraId="48AB6FDA" w14:textId="67CD5923" w:rsidR="00770199" w:rsidRPr="002A785D" w:rsidRDefault="00770199" w:rsidP="006576C1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2A785D">
              <w:rPr>
                <w:rFonts w:asciiTheme="minorEastAsia" w:eastAsiaTheme="minorEastAsia" w:hAnsiTheme="minorEastAsia" w:hint="eastAsia"/>
                <w:sz w:val="18"/>
                <w:lang w:eastAsia="ja-JP"/>
              </w:rPr>
              <w:t>（Microsoft Azure）</w:t>
            </w:r>
            <w:r w:rsidR="001E01B5" w:rsidRPr="002A785D">
              <w:rPr>
                <w:rFonts w:asciiTheme="minorEastAsia" w:eastAsiaTheme="minorEastAsia" w:hAnsiTheme="minorEastAsia" w:hint="eastAsia"/>
                <w:sz w:val="18"/>
                <w:lang w:eastAsia="ja-JP"/>
              </w:rPr>
              <w:t>」</w:t>
            </w:r>
            <w:r w:rsidRPr="002A785D">
              <w:rPr>
                <w:rFonts w:asciiTheme="minorEastAsia" w:eastAsiaTheme="minorEastAsia" w:hAnsiTheme="minorEastAsia" w:hint="eastAsia"/>
                <w:sz w:val="18"/>
                <w:lang w:eastAsia="ja-JP"/>
              </w:rPr>
              <w:t>への構築が可能であるか、併せて検討する。</w:t>
            </w:r>
          </w:p>
        </w:tc>
      </w:tr>
      <w:tr w:rsidR="000A0E38" w:rsidRPr="002A785D" w14:paraId="5ADCFCB9" w14:textId="77777777" w:rsidTr="006576C1">
        <w:trPr>
          <w:cantSplit/>
          <w:jc w:val="center"/>
        </w:trPr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EAEB89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8"/>
              </w:rPr>
              <w:t>3</w:t>
            </w:r>
          </w:p>
        </w:tc>
        <w:tc>
          <w:tcPr>
            <w:tcW w:w="21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5AAF3B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8"/>
              </w:rPr>
              <w:t>ローコード等の活用</w:t>
            </w:r>
            <w:proofErr w:type="spellEnd"/>
          </w:p>
        </w:tc>
        <w:tc>
          <w:tcPr>
            <w:tcW w:w="6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01105A" w14:textId="4517F2EC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8"/>
                <w:lang w:eastAsia="ja-JP"/>
              </w:rPr>
              <w:t>開発・保守コスト抑制の観点からノーコード</w:t>
            </w:r>
            <w:r w:rsidR="000C05D5">
              <w:rPr>
                <w:rFonts w:asciiTheme="minorEastAsia" w:eastAsiaTheme="minorEastAsia" w:hAnsiTheme="minorEastAsia" w:hint="eastAsia"/>
                <w:sz w:val="18"/>
                <w:lang w:eastAsia="ja-JP"/>
              </w:rPr>
              <w:t>／</w:t>
            </w:r>
            <w:r w:rsidRPr="002A785D">
              <w:rPr>
                <w:rFonts w:asciiTheme="minorEastAsia" w:eastAsiaTheme="minorEastAsia" w:hAnsiTheme="minorEastAsia"/>
                <w:sz w:val="18"/>
                <w:lang w:eastAsia="ja-JP"/>
              </w:rPr>
              <w:t>ローコードによる構築を基本候補とし、適用困難な領域は個別開発を検討する。</w:t>
            </w:r>
          </w:p>
        </w:tc>
      </w:tr>
      <w:tr w:rsidR="000A0E38" w:rsidRPr="002A785D" w14:paraId="02E32FD4" w14:textId="77777777" w:rsidTr="006576C1">
        <w:trPr>
          <w:cantSplit/>
          <w:jc w:val="center"/>
        </w:trPr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D82F9B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8"/>
              </w:rPr>
              <w:t>4</w:t>
            </w:r>
          </w:p>
        </w:tc>
        <w:tc>
          <w:tcPr>
            <w:tcW w:w="21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A73B75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8"/>
              </w:rPr>
              <w:t>ファイル連携</w:t>
            </w:r>
            <w:proofErr w:type="spellEnd"/>
          </w:p>
        </w:tc>
        <w:tc>
          <w:tcPr>
            <w:tcW w:w="6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A0AB94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8"/>
                <w:lang w:eastAsia="ja-JP"/>
              </w:rPr>
              <w:t>外部システム連携は現行運用との整合を踏まえ、原則ファイル連携を基本とする。</w:t>
            </w:r>
          </w:p>
        </w:tc>
      </w:tr>
      <w:tr w:rsidR="000A0E38" w:rsidRPr="002A785D" w14:paraId="306D512D" w14:textId="77777777" w:rsidTr="006576C1">
        <w:trPr>
          <w:cantSplit/>
          <w:jc w:val="center"/>
        </w:trPr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AE8113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8"/>
              </w:rPr>
              <w:t>5</w:t>
            </w:r>
          </w:p>
        </w:tc>
        <w:tc>
          <w:tcPr>
            <w:tcW w:w="21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9AA46D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8"/>
              </w:rPr>
              <w:t>段階的電子化</w:t>
            </w:r>
            <w:proofErr w:type="spellEnd"/>
          </w:p>
        </w:tc>
        <w:tc>
          <w:tcPr>
            <w:tcW w:w="6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A2B101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8"/>
                <w:lang w:eastAsia="ja-JP"/>
              </w:rPr>
              <w:t>紙申請が残る業務を許容しつつ、帳票・台帳・一覧の電子化、検索性・履歴性向上を優先する。</w:t>
            </w:r>
          </w:p>
        </w:tc>
      </w:tr>
      <w:tr w:rsidR="000A0E38" w:rsidRPr="002A785D" w14:paraId="23729874" w14:textId="77777777" w:rsidTr="006576C1">
        <w:trPr>
          <w:cantSplit/>
          <w:jc w:val="center"/>
        </w:trPr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CFEEB5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8"/>
              </w:rPr>
              <w:t>6</w:t>
            </w:r>
          </w:p>
        </w:tc>
        <w:tc>
          <w:tcPr>
            <w:tcW w:w="21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057AE9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8"/>
              </w:rPr>
              <w:t>保守性重視</w:t>
            </w:r>
            <w:proofErr w:type="spellEnd"/>
          </w:p>
        </w:tc>
        <w:tc>
          <w:tcPr>
            <w:tcW w:w="6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48F883" w14:textId="77777777" w:rsidR="000A0E38" w:rsidRPr="002A785D" w:rsidRDefault="000A0E38" w:rsidP="006576C1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8"/>
                <w:lang w:eastAsia="ja-JP"/>
              </w:rPr>
              <w:t>税率、単価、料率、更新周期等を可能な範囲でマスタ・設定化し、将来の制度変更に対応しやすい構成とする。</w:t>
            </w:r>
          </w:p>
        </w:tc>
      </w:tr>
      <w:tr w:rsidR="000D381B" w:rsidRPr="002A785D" w14:paraId="7416C0A2" w14:textId="77777777" w:rsidTr="006576C1">
        <w:trPr>
          <w:cantSplit/>
          <w:jc w:val="center"/>
        </w:trPr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F41536" w14:textId="2901FA5E" w:rsidR="000D381B" w:rsidRPr="002A785D" w:rsidRDefault="000D381B" w:rsidP="006576C1">
            <w:pPr>
              <w:spacing w:after="0" w:line="264" w:lineRule="auto"/>
              <w:rPr>
                <w:rFonts w:asciiTheme="minorEastAsia" w:eastAsiaTheme="minorEastAsia" w:hAnsiTheme="minorEastAsia"/>
                <w:sz w:val="18"/>
              </w:rPr>
            </w:pPr>
            <w:r w:rsidRPr="002A785D">
              <w:rPr>
                <w:rFonts w:asciiTheme="minorEastAsia" w:eastAsiaTheme="minorEastAsia" w:hAnsiTheme="minorEastAsia" w:hint="eastAsia"/>
                <w:sz w:val="18"/>
                <w:lang w:eastAsia="ja-JP"/>
              </w:rPr>
              <w:t>7</w:t>
            </w:r>
          </w:p>
        </w:tc>
        <w:tc>
          <w:tcPr>
            <w:tcW w:w="21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DEA0EC" w14:textId="4597C4C5" w:rsidR="000D381B" w:rsidRPr="002A785D" w:rsidRDefault="000D381B" w:rsidP="006576C1">
            <w:pPr>
              <w:spacing w:after="0" w:line="264" w:lineRule="auto"/>
              <w:rPr>
                <w:rFonts w:asciiTheme="minorEastAsia" w:eastAsiaTheme="minorEastAsia" w:hAnsiTheme="minorEastAsia"/>
                <w:sz w:val="18"/>
                <w:lang w:eastAsia="ja-JP"/>
              </w:rPr>
            </w:pPr>
            <w:r w:rsidRPr="0056554C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想定システム利用者数</w:t>
            </w:r>
          </w:p>
        </w:tc>
        <w:tc>
          <w:tcPr>
            <w:tcW w:w="6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53D9AB" w14:textId="68F8D729" w:rsidR="000D381B" w:rsidRPr="002A785D" w:rsidRDefault="000D381B" w:rsidP="006576C1">
            <w:pPr>
              <w:spacing w:after="0" w:line="264" w:lineRule="auto"/>
              <w:rPr>
                <w:rFonts w:asciiTheme="minorEastAsia" w:eastAsiaTheme="minorEastAsia" w:hAnsiTheme="minorEastAsia" w:cs="ＭＳ 明朝"/>
                <w:sz w:val="18"/>
                <w:lang w:eastAsia="zh-TW"/>
              </w:rPr>
            </w:pPr>
            <w:r w:rsidRPr="002A785D">
              <w:rPr>
                <w:rFonts w:asciiTheme="minorEastAsia" w:eastAsiaTheme="minorEastAsia" w:hAnsiTheme="minorEastAsia" w:cs="ＭＳ 明朝" w:hint="eastAsia"/>
                <w:sz w:val="18"/>
                <w:lang w:eastAsia="zh-TW"/>
              </w:rPr>
              <w:t>本場　　：９名</w:t>
            </w:r>
          </w:p>
          <w:p w14:paraId="53D02B37" w14:textId="592BE610" w:rsidR="000D381B" w:rsidRPr="002A785D" w:rsidRDefault="000D381B" w:rsidP="006576C1">
            <w:pPr>
              <w:spacing w:after="0" w:line="264" w:lineRule="auto"/>
              <w:rPr>
                <w:rFonts w:asciiTheme="minorEastAsia" w:eastAsiaTheme="minorEastAsia" w:hAnsiTheme="minorEastAsia"/>
                <w:sz w:val="18"/>
                <w:lang w:eastAsia="zh-TW"/>
              </w:rPr>
            </w:pPr>
            <w:r w:rsidRPr="002A785D">
              <w:rPr>
                <w:rFonts w:asciiTheme="minorEastAsia" w:eastAsiaTheme="minorEastAsia" w:hAnsiTheme="minorEastAsia" w:cs="ＭＳ 明朝" w:hint="eastAsia"/>
                <w:sz w:val="18"/>
                <w:lang w:eastAsia="zh-TW"/>
              </w:rPr>
              <w:t>東部市場：６名</w:t>
            </w:r>
          </w:p>
        </w:tc>
      </w:tr>
      <w:tr w:rsidR="00FD1590" w:rsidRPr="002A785D" w14:paraId="66C9C660" w14:textId="77777777" w:rsidTr="006576C1">
        <w:trPr>
          <w:cantSplit/>
          <w:jc w:val="center"/>
        </w:trPr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CB09AA" w14:textId="50B28C4F" w:rsidR="00FD1590" w:rsidRPr="002A785D" w:rsidRDefault="00FD1590" w:rsidP="006576C1">
            <w:pPr>
              <w:spacing w:after="0" w:line="264" w:lineRule="auto"/>
              <w:rPr>
                <w:rFonts w:asciiTheme="minorEastAsia" w:eastAsiaTheme="minorEastAsia" w:hAnsiTheme="minorEastAsia"/>
                <w:sz w:val="18"/>
                <w:lang w:eastAsia="ja-JP"/>
              </w:rPr>
            </w:pPr>
            <w:r w:rsidRPr="002A785D">
              <w:rPr>
                <w:rFonts w:asciiTheme="minorEastAsia" w:eastAsiaTheme="minorEastAsia" w:hAnsiTheme="minorEastAsia" w:hint="eastAsia"/>
                <w:sz w:val="18"/>
                <w:lang w:eastAsia="ja-JP"/>
              </w:rPr>
              <w:t>8</w:t>
            </w:r>
          </w:p>
        </w:tc>
        <w:tc>
          <w:tcPr>
            <w:tcW w:w="21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3E959A" w14:textId="09661014" w:rsidR="00FD1590" w:rsidRPr="002A785D" w:rsidRDefault="00FD1590" w:rsidP="006576C1">
            <w:pPr>
              <w:spacing w:after="0" w:line="264" w:lineRule="auto"/>
              <w:rPr>
                <w:rFonts w:asciiTheme="minorEastAsia" w:eastAsiaTheme="minorEastAsia" w:hAnsiTheme="minorEastAsia" w:cs="ＭＳ 明朝"/>
                <w:sz w:val="18"/>
                <w:lang w:eastAsia="ja-JP"/>
              </w:rPr>
            </w:pPr>
            <w:r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調達範囲</w:t>
            </w:r>
          </w:p>
        </w:tc>
        <w:tc>
          <w:tcPr>
            <w:tcW w:w="6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FDFC6D" w14:textId="11FAA124" w:rsidR="00FD1590" w:rsidRPr="002A785D" w:rsidRDefault="00FD1590" w:rsidP="006576C1">
            <w:pPr>
              <w:spacing w:after="0" w:line="264" w:lineRule="auto"/>
              <w:rPr>
                <w:rFonts w:asciiTheme="minorEastAsia" w:eastAsiaTheme="minorEastAsia" w:hAnsiTheme="minorEastAsia" w:cs="ＭＳ 明朝"/>
                <w:sz w:val="18"/>
                <w:lang w:eastAsia="ja-JP"/>
              </w:rPr>
            </w:pPr>
            <w:r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「</w:t>
            </w:r>
            <w:r w:rsidR="004E62BC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別</w:t>
            </w:r>
            <w:r w:rsidR="001B4818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添</w:t>
            </w:r>
            <w:r w:rsidR="004E62BC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１：</w:t>
            </w:r>
            <w:r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システム全体図」の</w:t>
            </w:r>
            <w:r w:rsidR="000C05D5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とお</w:t>
            </w:r>
            <w:r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り</w:t>
            </w:r>
          </w:p>
        </w:tc>
      </w:tr>
      <w:tr w:rsidR="00FD1590" w:rsidRPr="002A785D" w14:paraId="11AFBD1B" w14:textId="77777777" w:rsidTr="006576C1">
        <w:trPr>
          <w:cantSplit/>
          <w:jc w:val="center"/>
        </w:trPr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778692" w14:textId="1E2317C0" w:rsidR="00FD1590" w:rsidRPr="002A785D" w:rsidRDefault="00FD1590" w:rsidP="006576C1">
            <w:pPr>
              <w:spacing w:after="0" w:line="264" w:lineRule="auto"/>
              <w:rPr>
                <w:rFonts w:asciiTheme="minorEastAsia" w:eastAsiaTheme="minorEastAsia" w:hAnsiTheme="minorEastAsia"/>
                <w:sz w:val="18"/>
                <w:lang w:eastAsia="ja-JP"/>
              </w:rPr>
            </w:pPr>
            <w:r w:rsidRPr="002A785D">
              <w:rPr>
                <w:rFonts w:asciiTheme="minorEastAsia" w:eastAsiaTheme="minorEastAsia" w:hAnsiTheme="minorEastAsia" w:hint="eastAsia"/>
                <w:sz w:val="18"/>
                <w:lang w:eastAsia="ja-JP"/>
              </w:rPr>
              <w:t>9</w:t>
            </w:r>
          </w:p>
        </w:tc>
        <w:tc>
          <w:tcPr>
            <w:tcW w:w="21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727CF6" w14:textId="3C68C052" w:rsidR="00FD1590" w:rsidRPr="002A785D" w:rsidRDefault="00FD1590" w:rsidP="006576C1">
            <w:pPr>
              <w:spacing w:after="0" w:line="264" w:lineRule="auto"/>
              <w:rPr>
                <w:rFonts w:asciiTheme="minorEastAsia" w:eastAsiaTheme="minorEastAsia" w:hAnsiTheme="minorEastAsia" w:cs="ＭＳ 明朝"/>
                <w:sz w:val="18"/>
                <w:lang w:eastAsia="ja-JP"/>
              </w:rPr>
            </w:pPr>
            <w:r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予定スケジュール</w:t>
            </w:r>
          </w:p>
        </w:tc>
        <w:tc>
          <w:tcPr>
            <w:tcW w:w="6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ED6196" w14:textId="5704B027" w:rsidR="00FD1590" w:rsidRPr="002A785D" w:rsidRDefault="00FD1590" w:rsidP="006576C1">
            <w:pPr>
              <w:spacing w:after="0" w:line="264" w:lineRule="auto"/>
              <w:rPr>
                <w:rFonts w:asciiTheme="minorEastAsia" w:eastAsiaTheme="minorEastAsia" w:hAnsiTheme="minorEastAsia" w:cs="ＭＳ 明朝"/>
                <w:sz w:val="18"/>
                <w:lang w:eastAsia="ja-JP"/>
              </w:rPr>
            </w:pPr>
            <w:r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開発期間：契約締結日から最大</w:t>
            </w:r>
            <w:r w:rsidR="00C315F5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1</w:t>
            </w:r>
            <w:r w:rsidR="004E62BC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4</w:t>
            </w:r>
            <w:r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か月</w:t>
            </w:r>
          </w:p>
          <w:p w14:paraId="2730AED4" w14:textId="69E6AC58" w:rsidR="00FD1590" w:rsidRPr="002A785D" w:rsidRDefault="00FD1590" w:rsidP="006576C1">
            <w:pPr>
              <w:spacing w:after="0" w:line="264" w:lineRule="auto"/>
              <w:rPr>
                <w:rFonts w:asciiTheme="minorEastAsia" w:eastAsiaTheme="minorEastAsia" w:hAnsiTheme="minorEastAsia" w:cs="ＭＳ 明朝"/>
                <w:sz w:val="18"/>
                <w:lang w:eastAsia="ja-JP"/>
              </w:rPr>
            </w:pPr>
            <w:r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運用保守期間：本稼働から</w:t>
            </w:r>
            <w:r w:rsidR="001B4818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５</w:t>
            </w:r>
            <w:r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年間</w:t>
            </w:r>
          </w:p>
        </w:tc>
      </w:tr>
    </w:tbl>
    <w:p w14:paraId="2782C3EA" w14:textId="77777777" w:rsidR="00607C51" w:rsidRPr="002A785D" w:rsidRDefault="00A70C5F">
      <w:pPr>
        <w:pStyle w:val="H1RFI"/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2A785D">
        <w:rPr>
          <w:rFonts w:asciiTheme="minorEastAsia" w:eastAsiaTheme="minorEastAsia" w:hAnsiTheme="minorEastAsia"/>
          <w:color w:val="000000" w:themeColor="text1"/>
          <w:lang w:eastAsia="ja-JP"/>
        </w:rPr>
        <w:t>5. 情報提供</w:t>
      </w:r>
      <w:r w:rsidR="00174CD7" w:rsidRPr="002A785D">
        <w:rPr>
          <w:rFonts w:asciiTheme="minorEastAsia" w:eastAsiaTheme="minorEastAsia" w:hAnsiTheme="minorEastAsia" w:hint="eastAsia"/>
          <w:color w:val="000000" w:themeColor="text1"/>
          <w:lang w:eastAsia="ja-JP"/>
        </w:rPr>
        <w:t>にあたって提示する資料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453"/>
        <w:gridCol w:w="3969"/>
        <w:gridCol w:w="5103"/>
      </w:tblGrid>
      <w:tr w:rsidR="00607C51" w:rsidRPr="002A785D" w14:paraId="05C74A4C" w14:textId="77777777" w:rsidTr="0056554C">
        <w:trPr>
          <w:cantSplit/>
          <w:tblHeader/>
          <w:jc w:val="center"/>
        </w:trPr>
        <w:tc>
          <w:tcPr>
            <w:tcW w:w="453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A29D6E" w14:textId="77777777" w:rsidR="00607C51" w:rsidRPr="002A785D" w:rsidRDefault="00607C51" w:rsidP="00EE2D8C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b/>
                <w:color w:val="FFFFFF"/>
                <w:sz w:val="18"/>
              </w:rPr>
              <w:t>No.</w:t>
            </w:r>
          </w:p>
        </w:tc>
        <w:tc>
          <w:tcPr>
            <w:tcW w:w="3969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7E725C" w14:textId="3C1337E0" w:rsidR="00607C51" w:rsidRPr="002A785D" w:rsidRDefault="00607C51" w:rsidP="00EE2D8C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 w:cs="ＭＳ 明朝" w:hint="eastAsia"/>
                <w:b/>
                <w:color w:val="FFFFFF"/>
                <w:sz w:val="18"/>
                <w:lang w:eastAsia="ja-JP"/>
              </w:rPr>
              <w:t>資料名</w:t>
            </w:r>
          </w:p>
        </w:tc>
        <w:tc>
          <w:tcPr>
            <w:tcW w:w="5103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F5EE64" w14:textId="312FF26F" w:rsidR="00607C51" w:rsidRPr="002A785D" w:rsidRDefault="00607C51" w:rsidP="00EE2D8C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 w:cs="ＭＳ 明朝" w:hint="eastAsia"/>
                <w:b/>
                <w:color w:val="FFFFFF"/>
                <w:sz w:val="18"/>
                <w:lang w:eastAsia="ja-JP"/>
              </w:rPr>
              <w:t>説明</w:t>
            </w:r>
          </w:p>
        </w:tc>
      </w:tr>
      <w:tr w:rsidR="00341BC5" w:rsidRPr="002A785D" w14:paraId="04D9C295" w14:textId="77777777" w:rsidTr="0056554C">
        <w:trPr>
          <w:cantSplit/>
          <w:jc w:val="center"/>
        </w:trPr>
        <w:tc>
          <w:tcPr>
            <w:tcW w:w="4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7A0287" w14:textId="77777777" w:rsidR="00341BC5" w:rsidRPr="002A785D" w:rsidRDefault="00341BC5" w:rsidP="00341BC5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8"/>
              </w:rPr>
              <w:t>1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BFC25E" w14:textId="516EA68D" w:rsidR="00341BC5" w:rsidRPr="002A785D" w:rsidRDefault="004E62BC" w:rsidP="00341BC5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別</w:t>
            </w:r>
            <w:r w:rsidR="00F20EB1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添</w:t>
            </w:r>
            <w:r w:rsidR="00341BC5"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１：システム全体図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907B60" w14:textId="6B899324" w:rsidR="00341BC5" w:rsidRPr="002A785D" w:rsidRDefault="00341BC5" w:rsidP="00341BC5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現行の施設管理システム全体図</w:t>
            </w:r>
          </w:p>
        </w:tc>
      </w:tr>
      <w:tr w:rsidR="00341BC5" w:rsidRPr="002A785D" w14:paraId="797BF214" w14:textId="77777777" w:rsidTr="0056554C">
        <w:trPr>
          <w:cantSplit/>
          <w:jc w:val="center"/>
        </w:trPr>
        <w:tc>
          <w:tcPr>
            <w:tcW w:w="4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0A8427" w14:textId="77777777" w:rsidR="00341BC5" w:rsidRPr="002A785D" w:rsidRDefault="00341BC5" w:rsidP="00341BC5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8"/>
              </w:rPr>
              <w:t>2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7CA494" w14:textId="1CF84F5C" w:rsidR="00341BC5" w:rsidRPr="002A785D" w:rsidRDefault="004E62BC" w:rsidP="00341BC5">
            <w:pPr>
              <w:spacing w:after="0" w:line="264" w:lineRule="auto"/>
              <w:rPr>
                <w:rFonts w:asciiTheme="minorEastAsia" w:eastAsiaTheme="minorEastAsia" w:hAnsiTheme="minorEastAsia"/>
                <w:lang w:eastAsia="zh-TW"/>
              </w:rPr>
            </w:pPr>
            <w:r>
              <w:rPr>
                <w:rFonts w:asciiTheme="minorEastAsia" w:eastAsiaTheme="minorEastAsia" w:hAnsiTheme="minorEastAsia" w:cs="ＭＳ 明朝" w:hint="eastAsia"/>
                <w:sz w:val="18"/>
                <w:lang w:eastAsia="zh-TW"/>
              </w:rPr>
              <w:t>別</w:t>
            </w:r>
            <w:r w:rsidR="00F20EB1">
              <w:rPr>
                <w:rFonts w:asciiTheme="minorEastAsia" w:eastAsiaTheme="minorEastAsia" w:hAnsiTheme="minorEastAsia" w:cs="ＭＳ 明朝" w:hint="eastAsia"/>
                <w:sz w:val="18"/>
                <w:lang w:eastAsia="zh-TW"/>
              </w:rPr>
              <w:t>添</w:t>
            </w:r>
            <w:r w:rsidR="00341BC5" w:rsidRPr="002A785D">
              <w:rPr>
                <w:rFonts w:asciiTheme="minorEastAsia" w:eastAsiaTheme="minorEastAsia" w:hAnsiTheme="minorEastAsia" w:cs="ＭＳ 明朝" w:hint="eastAsia"/>
                <w:sz w:val="18"/>
                <w:lang w:eastAsia="zh-TW"/>
              </w:rPr>
              <w:t>２</w:t>
            </w:r>
            <w:r>
              <w:rPr>
                <w:rFonts w:asciiTheme="minorEastAsia" w:eastAsiaTheme="minorEastAsia" w:hAnsiTheme="minorEastAsia" w:cs="ＭＳ 明朝" w:hint="eastAsia"/>
                <w:sz w:val="18"/>
                <w:lang w:eastAsia="zh-TW"/>
              </w:rPr>
              <w:t>－１</w:t>
            </w:r>
            <w:r w:rsidR="00341BC5" w:rsidRPr="002A785D">
              <w:rPr>
                <w:rFonts w:asciiTheme="minorEastAsia" w:eastAsiaTheme="minorEastAsia" w:hAnsiTheme="minorEastAsia" w:cs="ＭＳ 明朝" w:hint="eastAsia"/>
                <w:sz w:val="18"/>
                <w:lang w:eastAsia="zh-TW"/>
              </w:rPr>
              <w:t>：要件定義書（概要）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4CF5BB" w14:textId="04D8FA3B" w:rsidR="00341BC5" w:rsidRPr="002A785D" w:rsidRDefault="00341BC5" w:rsidP="00341BC5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施設管理システム要件の概要</w:t>
            </w:r>
            <w:r w:rsidRPr="002A785D">
              <w:rPr>
                <w:rFonts w:asciiTheme="minorEastAsia" w:eastAsiaTheme="minorEastAsia" w:hAnsiTheme="minorEastAsia"/>
                <w:sz w:val="18"/>
                <w:lang w:eastAsia="ja-JP"/>
              </w:rPr>
              <w:t>。</w:t>
            </w:r>
          </w:p>
        </w:tc>
      </w:tr>
      <w:tr w:rsidR="00341BC5" w:rsidRPr="002A785D" w14:paraId="1B0F3A7A" w14:textId="77777777" w:rsidTr="0056554C">
        <w:trPr>
          <w:cantSplit/>
          <w:jc w:val="center"/>
        </w:trPr>
        <w:tc>
          <w:tcPr>
            <w:tcW w:w="4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02DFBB" w14:textId="77777777" w:rsidR="00341BC5" w:rsidRPr="002A785D" w:rsidRDefault="00341BC5" w:rsidP="00341BC5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8"/>
              </w:rPr>
              <w:t>3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4DC327" w14:textId="7D09319E" w:rsidR="00341BC5" w:rsidRPr="002A785D" w:rsidRDefault="004E62BC" w:rsidP="00341BC5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別</w:t>
            </w:r>
            <w:r w:rsidR="00F20EB1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添</w:t>
            </w:r>
            <w:r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２－２</w:t>
            </w:r>
            <w:r w:rsidR="00341BC5"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：要件定義書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448E2E" w14:textId="2E8CDDD4" w:rsidR="00341BC5" w:rsidRPr="002A785D" w:rsidRDefault="00341BC5" w:rsidP="00341BC5">
            <w:pPr>
              <w:spacing w:after="0" w:line="264" w:lineRule="auto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 w:rsidRPr="002A785D"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>業務領域ごとの機能要件及び非機能要件</w:t>
            </w:r>
          </w:p>
        </w:tc>
      </w:tr>
      <w:tr w:rsidR="004E62BC" w:rsidRPr="002A785D" w14:paraId="34D835DD" w14:textId="77777777" w:rsidTr="004E62BC">
        <w:trPr>
          <w:cantSplit/>
          <w:jc w:val="center"/>
        </w:trPr>
        <w:tc>
          <w:tcPr>
            <w:tcW w:w="4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E19543" w14:textId="141717D4" w:rsidR="004E62BC" w:rsidRPr="002A785D" w:rsidRDefault="004E62BC" w:rsidP="00341BC5">
            <w:pPr>
              <w:spacing w:after="0" w:line="264" w:lineRule="auto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lang w:eastAsia="ja-JP"/>
              </w:rPr>
              <w:t>4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27DEE5" w14:textId="55207B31" w:rsidR="004E62BC" w:rsidRDefault="004E62BC" w:rsidP="00341BC5">
            <w:pPr>
              <w:spacing w:after="0" w:line="264" w:lineRule="auto"/>
              <w:rPr>
                <w:rFonts w:asciiTheme="minorEastAsia" w:eastAsiaTheme="minorEastAsia" w:hAnsiTheme="minorEastAsia" w:cs="ＭＳ 明朝"/>
                <w:sz w:val="18"/>
                <w:lang w:eastAsia="ja-JP"/>
              </w:rPr>
            </w:pPr>
            <w:r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別</w:t>
            </w:r>
            <w:r w:rsidR="00F20EB1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添</w:t>
            </w:r>
            <w:r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３：大阪市共通クラウド利用の手引き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9EA977" w14:textId="5D9D5D02" w:rsidR="004E62BC" w:rsidRPr="002A785D" w:rsidRDefault="004E62BC" w:rsidP="00341BC5">
            <w:pPr>
              <w:spacing w:after="0" w:line="264" w:lineRule="auto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>大阪市共通クラウドの基本内容</w:t>
            </w:r>
          </w:p>
        </w:tc>
      </w:tr>
      <w:tr w:rsidR="004E62BC" w:rsidRPr="002A785D" w14:paraId="6406D113" w14:textId="77777777" w:rsidTr="0056554C">
        <w:trPr>
          <w:cantSplit/>
          <w:jc w:val="center"/>
        </w:trPr>
        <w:tc>
          <w:tcPr>
            <w:tcW w:w="4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548B7F" w14:textId="661FB209" w:rsidR="004E62BC" w:rsidRPr="002A785D" w:rsidRDefault="004E62BC" w:rsidP="00341BC5">
            <w:pPr>
              <w:spacing w:after="0" w:line="264" w:lineRule="auto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lang w:eastAsia="ja-JP"/>
              </w:rPr>
              <w:t>5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78701D" w14:textId="3BBDA653" w:rsidR="004E62BC" w:rsidRDefault="004E62BC" w:rsidP="00341BC5">
            <w:pPr>
              <w:spacing w:after="0" w:line="264" w:lineRule="auto"/>
              <w:rPr>
                <w:rFonts w:asciiTheme="minorEastAsia" w:eastAsiaTheme="minorEastAsia" w:hAnsiTheme="minorEastAsia" w:cs="ＭＳ 明朝"/>
                <w:sz w:val="18"/>
                <w:lang w:eastAsia="ja-JP"/>
              </w:rPr>
            </w:pPr>
            <w:r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参考１～８：現行出力帳票ひな形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71CE5E" w14:textId="51D7DA5C" w:rsidR="004E62BC" w:rsidRPr="002A785D" w:rsidRDefault="004E62BC" w:rsidP="00341BC5">
            <w:pPr>
              <w:spacing w:after="0" w:line="264" w:lineRule="auto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>現行機能における主な出力帳票のひな形</w:t>
            </w:r>
          </w:p>
        </w:tc>
      </w:tr>
      <w:tr w:rsidR="009142BE" w:rsidRPr="002A785D" w14:paraId="654D0543" w14:textId="77777777" w:rsidTr="0056554C">
        <w:trPr>
          <w:cantSplit/>
          <w:jc w:val="center"/>
        </w:trPr>
        <w:tc>
          <w:tcPr>
            <w:tcW w:w="4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B7D643" w14:textId="64C17940" w:rsidR="009142BE" w:rsidRPr="002A785D" w:rsidRDefault="004E62BC" w:rsidP="00341BC5">
            <w:pPr>
              <w:spacing w:after="0" w:line="264" w:lineRule="auto"/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lang w:eastAsia="ja-JP"/>
              </w:rPr>
              <w:t>6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A3918C" w14:textId="6D557A04" w:rsidR="009142BE" w:rsidRPr="002A785D" w:rsidRDefault="009142BE" w:rsidP="00341BC5">
            <w:pPr>
              <w:spacing w:after="0" w:line="264" w:lineRule="auto"/>
              <w:rPr>
                <w:rFonts w:asciiTheme="minorEastAsia" w:eastAsiaTheme="minorEastAsia" w:hAnsiTheme="minorEastAsia" w:cs="ＭＳ 明朝"/>
                <w:sz w:val="18"/>
                <w:lang w:eastAsia="ja-JP"/>
              </w:rPr>
            </w:pPr>
            <w:r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参考</w:t>
            </w:r>
            <w:r w:rsidR="004E62BC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９</w:t>
            </w:r>
            <w:r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：用語集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136D18" w14:textId="4056B0D4" w:rsidR="009142BE" w:rsidRPr="002A785D" w:rsidRDefault="009142BE" w:rsidP="00341BC5">
            <w:pPr>
              <w:spacing w:after="0" w:line="264" w:lineRule="auto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 w:rsidRPr="002A785D"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>大阪市中央卸売市場での用語集</w:t>
            </w:r>
          </w:p>
        </w:tc>
      </w:tr>
    </w:tbl>
    <w:p w14:paraId="3D245AA5" w14:textId="77777777" w:rsidR="00C315F5" w:rsidRDefault="00C315F5" w:rsidP="00281823">
      <w:pPr>
        <w:pStyle w:val="H1RFI"/>
        <w:rPr>
          <w:rFonts w:asciiTheme="minorEastAsia" w:eastAsiaTheme="minorEastAsia" w:hAnsiTheme="minorEastAsia"/>
          <w:color w:val="000000" w:themeColor="text1"/>
          <w:lang w:eastAsia="ja-JP"/>
        </w:rPr>
      </w:pPr>
    </w:p>
    <w:p w14:paraId="0ABF4E66" w14:textId="77777777" w:rsidR="00C315F5" w:rsidRDefault="00C315F5">
      <w:pPr>
        <w:spacing w:after="200" w:line="276" w:lineRule="auto"/>
        <w:rPr>
          <w:rFonts w:asciiTheme="minorEastAsia" w:eastAsiaTheme="minorEastAsia" w:hAnsiTheme="minorEastAsia"/>
          <w:b/>
          <w:color w:val="000000" w:themeColor="text1"/>
          <w:sz w:val="30"/>
          <w:lang w:eastAsia="ja-JP"/>
        </w:rPr>
      </w:pPr>
      <w:r>
        <w:rPr>
          <w:rFonts w:asciiTheme="minorEastAsia" w:eastAsiaTheme="minorEastAsia" w:hAnsiTheme="minorEastAsia"/>
          <w:color w:val="000000" w:themeColor="text1"/>
          <w:lang w:eastAsia="ja-JP"/>
        </w:rPr>
        <w:br w:type="page"/>
      </w:r>
    </w:p>
    <w:p w14:paraId="66015885" w14:textId="36B64D46" w:rsidR="00281823" w:rsidRPr="00D25CE8" w:rsidRDefault="0035276D" w:rsidP="00281823">
      <w:pPr>
        <w:pStyle w:val="H1RFI"/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D25CE8">
        <w:rPr>
          <w:rFonts w:asciiTheme="minorEastAsia" w:eastAsiaTheme="minorEastAsia" w:hAnsiTheme="minorEastAsia" w:hint="eastAsia"/>
          <w:color w:val="000000" w:themeColor="text1"/>
          <w:lang w:eastAsia="ja-JP"/>
        </w:rPr>
        <w:lastRenderedPageBreak/>
        <w:t>6</w:t>
      </w:r>
      <w:r w:rsidR="00174CD7" w:rsidRPr="00D25CE8">
        <w:rPr>
          <w:rFonts w:asciiTheme="minorEastAsia" w:eastAsiaTheme="minorEastAsia" w:hAnsiTheme="minorEastAsia"/>
          <w:color w:val="000000" w:themeColor="text1"/>
          <w:lang w:eastAsia="ja-JP"/>
        </w:rPr>
        <w:t>. 情報提供を求める事項</w:t>
      </w:r>
    </w:p>
    <w:p w14:paraId="38B714BC" w14:textId="653CBBE6" w:rsidR="00A9055B" w:rsidRPr="0056554C" w:rsidRDefault="0035276D">
      <w:pPr>
        <w:pStyle w:val="H2RFI"/>
        <w:rPr>
          <w:rFonts w:asciiTheme="minorEastAsia" w:eastAsiaTheme="minorEastAsia" w:hAnsiTheme="minorEastAsia"/>
          <w:b w:val="0"/>
          <w:bCs/>
          <w:color w:val="000000" w:themeColor="text1"/>
          <w:lang w:eastAsia="ja-JP"/>
        </w:rPr>
      </w:pPr>
      <w:r w:rsidRPr="0056554C">
        <w:rPr>
          <w:rFonts w:asciiTheme="minorEastAsia" w:eastAsiaTheme="minorEastAsia" w:hAnsiTheme="minorEastAsia"/>
          <w:b w:val="0"/>
          <w:bCs/>
          <w:color w:val="000000" w:themeColor="text1"/>
          <w:lang w:eastAsia="ja-JP"/>
        </w:rPr>
        <w:t>6.1 提案概要・実現方式</w:t>
      </w:r>
    </w:p>
    <w:p w14:paraId="62A33873" w14:textId="0336EFA1" w:rsidR="00A9055B" w:rsidRPr="002A785D" w:rsidRDefault="00A70C5F">
      <w:pPr>
        <w:ind w:left="283" w:hanging="170"/>
        <w:rPr>
          <w:rFonts w:asciiTheme="minorEastAsia" w:eastAsiaTheme="minorEastAsia" w:hAnsiTheme="minorEastAsia"/>
          <w:lang w:eastAsia="ja-JP"/>
        </w:rPr>
      </w:pPr>
      <w:r>
        <w:rPr>
          <w:lang w:eastAsia="ja-JP"/>
        </w:rPr>
        <w:t>・</w:t>
      </w:r>
      <w:r w:rsidRPr="002A785D">
        <w:rPr>
          <w:rFonts w:asciiTheme="minorEastAsia" w:eastAsiaTheme="minorEastAsia" w:hAnsiTheme="minorEastAsia"/>
          <w:lang w:eastAsia="ja-JP"/>
        </w:rPr>
        <w:t>提案する実現方式（ノーコード</w:t>
      </w:r>
      <w:r w:rsidR="00F20EB1">
        <w:rPr>
          <w:rFonts w:asciiTheme="minorEastAsia" w:eastAsiaTheme="minorEastAsia" w:hAnsiTheme="minorEastAsia" w:hint="eastAsia"/>
          <w:lang w:eastAsia="ja-JP"/>
        </w:rPr>
        <w:t>／</w:t>
      </w:r>
      <w:r w:rsidRPr="002A785D">
        <w:rPr>
          <w:rFonts w:asciiTheme="minorEastAsia" w:eastAsiaTheme="minorEastAsia" w:hAnsiTheme="minorEastAsia"/>
          <w:lang w:eastAsia="ja-JP"/>
        </w:rPr>
        <w:t>ローコード、パッケージ、スクラッチ、ハイブリッド等）と選定理由</w:t>
      </w:r>
    </w:p>
    <w:p w14:paraId="2AB990E9" w14:textId="77777777" w:rsidR="00A9055B" w:rsidRPr="002A785D" w:rsidRDefault="00A70C5F">
      <w:pPr>
        <w:ind w:left="283" w:hanging="170"/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/>
          <w:lang w:eastAsia="ja-JP"/>
        </w:rPr>
        <w:t>・採用する製品・サービス、PaaS／SaaS、データベース、帳票製品、外部サービス、ミドルウェア等の構成</w:t>
      </w:r>
    </w:p>
    <w:p w14:paraId="2BF8FB29" w14:textId="77777777" w:rsidR="00A9055B" w:rsidRPr="002A785D" w:rsidRDefault="00A70C5F">
      <w:pPr>
        <w:ind w:left="283" w:hanging="170"/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/>
          <w:lang w:eastAsia="ja-JP"/>
        </w:rPr>
        <w:t>・クラウド／オンプレミス区分、データ保管場所、ネットワーク構成の考え方</w:t>
      </w:r>
    </w:p>
    <w:p w14:paraId="211C7170" w14:textId="2232451E" w:rsidR="00E331FA" w:rsidRPr="00E331FA" w:rsidRDefault="00E331FA">
      <w:pPr>
        <w:ind w:left="283" w:hanging="170"/>
        <w:rPr>
          <w:rFonts w:eastAsiaTheme="minorEastAsia" w:hint="eastAsia"/>
          <w:lang w:eastAsia="ja-JP"/>
        </w:rPr>
      </w:pPr>
      <w:r>
        <w:rPr>
          <w:rFonts w:eastAsiaTheme="minorEastAsia" w:hint="eastAsia"/>
          <w:lang w:eastAsia="ja-JP"/>
        </w:rPr>
        <w:t>・クラウド利用の場合、大阪市共通クラウド（</w:t>
      </w:r>
      <w:r w:rsidRPr="0056554C">
        <w:rPr>
          <w:rFonts w:asciiTheme="minorEastAsia" w:eastAsiaTheme="minorEastAsia" w:hAnsiTheme="minorEastAsia" w:hint="eastAsia"/>
          <w:lang w:eastAsia="ja-JP"/>
        </w:rPr>
        <w:t>Microsoft Azure</w:t>
      </w:r>
      <w:r>
        <w:rPr>
          <w:rFonts w:eastAsiaTheme="minorEastAsia" w:hint="eastAsia"/>
          <w:lang w:eastAsia="ja-JP"/>
        </w:rPr>
        <w:t>）への構築可否</w:t>
      </w:r>
    </w:p>
    <w:p w14:paraId="09C8166F" w14:textId="77777777" w:rsidR="00A9055B" w:rsidRPr="002A785D" w:rsidRDefault="00A70C5F">
      <w:pPr>
        <w:ind w:left="283" w:hanging="170"/>
        <w:rPr>
          <w:rFonts w:asciiTheme="minorEastAsia" w:eastAsiaTheme="minorEastAsia" w:hAnsiTheme="minorEastAsia"/>
          <w:lang w:eastAsia="ja-JP"/>
        </w:rPr>
      </w:pPr>
      <w:r>
        <w:rPr>
          <w:lang w:eastAsia="ja-JP"/>
        </w:rPr>
        <w:t>・</w:t>
      </w:r>
      <w:r w:rsidRPr="002A785D">
        <w:rPr>
          <w:rFonts w:asciiTheme="minorEastAsia" w:eastAsiaTheme="minorEastAsia" w:hAnsiTheme="minorEastAsia"/>
          <w:lang w:eastAsia="ja-JP"/>
        </w:rPr>
        <w:t>想定利用者数・データ量を踏まえたライセンス体系と拡張時の考え方</w:t>
      </w:r>
    </w:p>
    <w:p w14:paraId="5C115F30" w14:textId="77777777" w:rsidR="00A9055B" w:rsidRPr="002A785D" w:rsidRDefault="00A70C5F">
      <w:pPr>
        <w:ind w:left="283" w:hanging="170"/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/>
          <w:lang w:eastAsia="ja-JP"/>
        </w:rPr>
        <w:t>・提案方式のメリット、制約、前提条件、将来のサービス終了・価格改定等への対応方針</w:t>
      </w:r>
    </w:p>
    <w:p w14:paraId="217D9D7D" w14:textId="24B37B5B" w:rsidR="00A9055B" w:rsidRPr="002A785D" w:rsidRDefault="0035276D">
      <w:pPr>
        <w:pStyle w:val="H2RFI"/>
        <w:rPr>
          <w:rFonts w:asciiTheme="minorEastAsia" w:eastAsiaTheme="minorEastAsia" w:hAnsiTheme="minorEastAsia"/>
          <w:b w:val="0"/>
          <w:bCs/>
          <w:color w:val="000000" w:themeColor="text1"/>
          <w:lang w:eastAsia="ja-JP"/>
        </w:rPr>
      </w:pPr>
      <w:r w:rsidRPr="002A785D">
        <w:rPr>
          <w:rFonts w:asciiTheme="minorEastAsia" w:eastAsiaTheme="minorEastAsia" w:hAnsiTheme="minorEastAsia" w:hint="eastAsia"/>
          <w:b w:val="0"/>
          <w:bCs/>
          <w:color w:val="000000" w:themeColor="text1"/>
          <w:lang w:eastAsia="ja-JP"/>
        </w:rPr>
        <w:t>6</w:t>
      </w:r>
      <w:r w:rsidRPr="002A785D">
        <w:rPr>
          <w:rFonts w:asciiTheme="minorEastAsia" w:eastAsiaTheme="minorEastAsia" w:hAnsiTheme="minorEastAsia"/>
          <w:b w:val="0"/>
          <w:bCs/>
          <w:color w:val="000000" w:themeColor="text1"/>
          <w:lang w:eastAsia="ja-JP"/>
        </w:rPr>
        <w:t>.2 機能適合性</w:t>
      </w:r>
    </w:p>
    <w:p w14:paraId="6B0F9136" w14:textId="105660A5" w:rsidR="00A9055B" w:rsidRPr="002A785D" w:rsidRDefault="00A70C5F">
      <w:pPr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/>
          <w:lang w:eastAsia="ja-JP"/>
        </w:rPr>
        <w:t>別紙</w:t>
      </w:r>
      <w:r w:rsidR="00993DB6" w:rsidRPr="002A785D">
        <w:rPr>
          <w:rFonts w:asciiTheme="minorEastAsia" w:eastAsiaTheme="minorEastAsia" w:hAnsiTheme="minorEastAsia" w:cs="ＭＳ 明朝" w:hint="eastAsia"/>
          <w:lang w:eastAsia="ja-JP"/>
        </w:rPr>
        <w:t>１</w:t>
      </w:r>
      <w:r w:rsidRPr="002A785D">
        <w:rPr>
          <w:rFonts w:asciiTheme="minorEastAsia" w:eastAsiaTheme="minorEastAsia" w:hAnsiTheme="minorEastAsia"/>
          <w:lang w:eastAsia="ja-JP"/>
        </w:rPr>
        <w:t>「機能適合性回答表」の各項目について、次の区分により回答してください。実現方法、利用製品、制約、追加費用、保守方法を併記してください。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1417"/>
        <w:gridCol w:w="7937"/>
      </w:tblGrid>
      <w:tr w:rsidR="00A9055B" w:rsidRPr="002A785D" w14:paraId="51FECF91" w14:textId="77777777">
        <w:trPr>
          <w:cantSplit/>
          <w:tblHeader/>
          <w:jc w:val="center"/>
        </w:trPr>
        <w:tc>
          <w:tcPr>
            <w:tcW w:w="1417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42A56D" w14:textId="77777777" w:rsidR="00A9055B" w:rsidRPr="002A785D" w:rsidRDefault="00A70C5F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b/>
                <w:color w:val="FFFFFF"/>
                <w:sz w:val="18"/>
              </w:rPr>
              <w:t>区分</w:t>
            </w:r>
            <w:proofErr w:type="spellEnd"/>
          </w:p>
        </w:tc>
        <w:tc>
          <w:tcPr>
            <w:tcW w:w="7937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D11426" w14:textId="77777777" w:rsidR="00A9055B" w:rsidRPr="002A785D" w:rsidRDefault="00A70C5F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b/>
                <w:color w:val="FFFFFF"/>
                <w:sz w:val="18"/>
              </w:rPr>
              <w:t>定義</w:t>
            </w:r>
            <w:proofErr w:type="spellEnd"/>
          </w:p>
        </w:tc>
      </w:tr>
      <w:tr w:rsidR="00A9055B" w:rsidRPr="002A785D" w14:paraId="6012E19E" w14:textId="77777777">
        <w:trPr>
          <w:cantSplit/>
          <w:jc w:val="center"/>
        </w:trPr>
        <w:tc>
          <w:tcPr>
            <w:tcW w:w="14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6DDEBE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8"/>
              </w:rPr>
              <w:t>A</w:t>
            </w:r>
          </w:p>
        </w:tc>
        <w:tc>
          <w:tcPr>
            <w:tcW w:w="79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06FC8A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8"/>
              </w:rPr>
              <w:t>製品標準機能で対応</w:t>
            </w:r>
            <w:proofErr w:type="spellEnd"/>
          </w:p>
        </w:tc>
      </w:tr>
      <w:tr w:rsidR="00A9055B" w:rsidRPr="002A785D" w14:paraId="180F9F35" w14:textId="77777777">
        <w:trPr>
          <w:cantSplit/>
          <w:jc w:val="center"/>
        </w:trPr>
        <w:tc>
          <w:tcPr>
            <w:tcW w:w="14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666009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8"/>
              </w:rPr>
              <w:t>B</w:t>
            </w:r>
          </w:p>
        </w:tc>
        <w:tc>
          <w:tcPr>
            <w:tcW w:w="79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7F19DB" w14:textId="7A8E5B3D" w:rsidR="00A9055B" w:rsidRPr="002A785D" w:rsidRDefault="00820CA3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ノーコード／ローコード設定で対応</w:t>
            </w:r>
          </w:p>
        </w:tc>
      </w:tr>
      <w:tr w:rsidR="00A9055B" w:rsidRPr="002A785D" w14:paraId="43CEE3C4" w14:textId="77777777">
        <w:trPr>
          <w:cantSplit/>
          <w:jc w:val="center"/>
        </w:trPr>
        <w:tc>
          <w:tcPr>
            <w:tcW w:w="14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5B7405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8"/>
              </w:rPr>
              <w:t>C</w:t>
            </w:r>
          </w:p>
        </w:tc>
        <w:tc>
          <w:tcPr>
            <w:tcW w:w="79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7EAD66" w14:textId="379EB081" w:rsidR="00A9055B" w:rsidRPr="002A785D" w:rsidRDefault="00820CA3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独自プログラム・部品等が必要</w:t>
            </w:r>
          </w:p>
        </w:tc>
      </w:tr>
      <w:tr w:rsidR="00A9055B" w:rsidRPr="002A785D" w14:paraId="11C52DDC" w14:textId="77777777">
        <w:trPr>
          <w:cantSplit/>
          <w:jc w:val="center"/>
        </w:trPr>
        <w:tc>
          <w:tcPr>
            <w:tcW w:w="14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04BB81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8"/>
              </w:rPr>
              <w:t>D</w:t>
            </w:r>
          </w:p>
        </w:tc>
        <w:tc>
          <w:tcPr>
            <w:tcW w:w="79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9A33E2" w14:textId="0BF7449D" w:rsidR="00A9055B" w:rsidRPr="002A785D" w:rsidRDefault="00820CA3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別製品・プラグイン等が必要</w:t>
            </w:r>
          </w:p>
        </w:tc>
      </w:tr>
      <w:tr w:rsidR="00A9055B" w:rsidRPr="002A785D" w14:paraId="04DF5015" w14:textId="77777777">
        <w:trPr>
          <w:cantSplit/>
          <w:jc w:val="center"/>
        </w:trPr>
        <w:tc>
          <w:tcPr>
            <w:tcW w:w="14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7D12B5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8"/>
              </w:rPr>
              <w:t>E</w:t>
            </w:r>
          </w:p>
        </w:tc>
        <w:tc>
          <w:tcPr>
            <w:tcW w:w="79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439606" w14:textId="0D51F98B" w:rsidR="00A9055B" w:rsidRPr="002A785D" w:rsidRDefault="00820CA3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対応不可または実現困難</w:t>
            </w:r>
          </w:p>
        </w:tc>
      </w:tr>
    </w:tbl>
    <w:p w14:paraId="5E74E1C0" w14:textId="4B8211B1" w:rsidR="00E331FA" w:rsidRPr="002A785D" w:rsidRDefault="0035276D" w:rsidP="00536491">
      <w:pPr>
        <w:pStyle w:val="H2RFI"/>
        <w:rPr>
          <w:rFonts w:asciiTheme="minorEastAsia" w:eastAsiaTheme="minorEastAsia" w:hAnsiTheme="minorEastAsia"/>
          <w:b w:val="0"/>
          <w:bCs/>
          <w:color w:val="000000" w:themeColor="text1"/>
          <w:lang w:eastAsia="ja-JP"/>
        </w:rPr>
      </w:pPr>
      <w:r w:rsidRPr="002A785D">
        <w:rPr>
          <w:rFonts w:asciiTheme="minorEastAsia" w:eastAsiaTheme="minorEastAsia" w:hAnsiTheme="minorEastAsia" w:hint="eastAsia"/>
          <w:b w:val="0"/>
          <w:bCs/>
          <w:color w:val="000000" w:themeColor="text1"/>
          <w:lang w:eastAsia="ja-JP"/>
        </w:rPr>
        <w:t>6</w:t>
      </w:r>
      <w:r w:rsidR="00536491" w:rsidRPr="002A785D">
        <w:rPr>
          <w:rFonts w:asciiTheme="minorEastAsia" w:eastAsiaTheme="minorEastAsia" w:hAnsiTheme="minorEastAsia"/>
          <w:b w:val="0"/>
          <w:bCs/>
          <w:color w:val="000000" w:themeColor="text1"/>
          <w:lang w:eastAsia="ja-JP"/>
        </w:rPr>
        <w:t xml:space="preserve">.3 </w:t>
      </w:r>
      <w:r w:rsidR="00E331FA" w:rsidRPr="002A785D">
        <w:rPr>
          <w:rFonts w:asciiTheme="minorEastAsia" w:eastAsiaTheme="minorEastAsia" w:hAnsiTheme="minorEastAsia" w:hint="eastAsia"/>
          <w:b w:val="0"/>
          <w:bCs/>
          <w:color w:val="000000" w:themeColor="text1"/>
          <w:lang w:eastAsia="ja-JP"/>
        </w:rPr>
        <w:t>ノー</w:t>
      </w:r>
      <w:r w:rsidR="00536491" w:rsidRPr="002A785D">
        <w:rPr>
          <w:rFonts w:asciiTheme="minorEastAsia" w:eastAsiaTheme="minorEastAsia" w:hAnsiTheme="minorEastAsia"/>
          <w:b w:val="0"/>
          <w:bCs/>
          <w:color w:val="000000" w:themeColor="text1"/>
          <w:lang w:eastAsia="ja-JP"/>
        </w:rPr>
        <w:t>コード／</w:t>
      </w:r>
      <w:r w:rsidR="00E331FA" w:rsidRPr="002A785D">
        <w:rPr>
          <w:rFonts w:asciiTheme="minorEastAsia" w:eastAsiaTheme="minorEastAsia" w:hAnsiTheme="minorEastAsia" w:hint="eastAsia"/>
          <w:b w:val="0"/>
          <w:bCs/>
          <w:color w:val="000000" w:themeColor="text1"/>
          <w:lang w:eastAsia="ja-JP"/>
        </w:rPr>
        <w:t>ロー</w:t>
      </w:r>
      <w:r w:rsidR="00536491" w:rsidRPr="002A785D">
        <w:rPr>
          <w:rFonts w:asciiTheme="minorEastAsia" w:eastAsiaTheme="minorEastAsia" w:hAnsiTheme="minorEastAsia"/>
          <w:b w:val="0"/>
          <w:bCs/>
          <w:color w:val="000000" w:themeColor="text1"/>
          <w:lang w:eastAsia="ja-JP"/>
        </w:rPr>
        <w:t>コード適用範囲・個別開発</w:t>
      </w:r>
    </w:p>
    <w:p w14:paraId="69FEE56D" w14:textId="1E80E740" w:rsidR="00E331FA" w:rsidRPr="002A785D" w:rsidRDefault="0035276D" w:rsidP="00536491">
      <w:pPr>
        <w:ind w:left="283" w:hanging="170"/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 w:hint="eastAsia"/>
          <w:lang w:eastAsia="ja-JP"/>
        </w:rPr>
        <w:t>１</w:t>
      </w:r>
      <w:r w:rsidR="005B7AA5" w:rsidRPr="002A785D">
        <w:rPr>
          <w:rFonts w:asciiTheme="minorEastAsia" w:eastAsiaTheme="minorEastAsia" w:hAnsiTheme="minorEastAsia" w:hint="eastAsia"/>
          <w:lang w:eastAsia="ja-JP"/>
        </w:rPr>
        <w:t>１</w:t>
      </w:r>
      <w:r w:rsidR="00341BC5" w:rsidRPr="002A785D">
        <w:rPr>
          <w:rFonts w:asciiTheme="minorEastAsia" w:eastAsiaTheme="minorEastAsia" w:hAnsiTheme="minorEastAsia" w:hint="eastAsia"/>
          <w:lang w:eastAsia="ja-JP"/>
        </w:rPr>
        <w:t>．</w:t>
      </w:r>
      <w:r w:rsidR="00E331FA" w:rsidRPr="002A785D">
        <w:rPr>
          <w:rFonts w:asciiTheme="minorEastAsia" w:eastAsiaTheme="minorEastAsia" w:hAnsiTheme="minorEastAsia" w:hint="eastAsia"/>
          <w:lang w:eastAsia="ja-JP"/>
        </w:rPr>
        <w:t>回答様式「</w:t>
      </w:r>
      <w:r w:rsidRPr="002A785D">
        <w:rPr>
          <w:rFonts w:asciiTheme="minorEastAsia" w:eastAsiaTheme="minorEastAsia" w:hAnsiTheme="minorEastAsia" w:hint="eastAsia"/>
          <w:lang w:eastAsia="ja-JP"/>
        </w:rPr>
        <w:t>1</w:t>
      </w:r>
      <w:r w:rsidR="005B7AA5" w:rsidRPr="002A785D">
        <w:rPr>
          <w:rFonts w:asciiTheme="minorEastAsia" w:eastAsiaTheme="minorEastAsia" w:hAnsiTheme="minorEastAsia" w:hint="eastAsia"/>
          <w:lang w:eastAsia="ja-JP"/>
        </w:rPr>
        <w:t>1</w:t>
      </w:r>
      <w:r w:rsidR="00E331FA" w:rsidRPr="002A785D">
        <w:rPr>
          <w:rFonts w:asciiTheme="minorEastAsia" w:eastAsiaTheme="minorEastAsia" w:hAnsiTheme="minorEastAsia" w:hint="eastAsia"/>
          <w:lang w:eastAsia="ja-JP"/>
        </w:rPr>
        <w:t>.2　個別開発・拡張開発回答表」の各項目について、回答してください。</w:t>
      </w:r>
    </w:p>
    <w:p w14:paraId="41600B60" w14:textId="77777777" w:rsidR="00536491" w:rsidRPr="002A785D" w:rsidRDefault="00536491" w:rsidP="00536491">
      <w:pPr>
        <w:ind w:left="283" w:hanging="170"/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/>
          <w:lang w:eastAsia="ja-JP"/>
        </w:rPr>
        <w:t>・個別開発が必要となる機能と、その理由</w:t>
      </w:r>
    </w:p>
    <w:p w14:paraId="1CA1430F" w14:textId="77777777" w:rsidR="00536491" w:rsidRPr="002A785D" w:rsidRDefault="00536491" w:rsidP="00536491">
      <w:pPr>
        <w:ind w:left="283" w:hanging="170"/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/>
          <w:lang w:eastAsia="ja-JP"/>
        </w:rPr>
        <w:t>・個別開発に使用する言語・フレームワーク・ライブラリ・プラグイン</w:t>
      </w:r>
    </w:p>
    <w:p w14:paraId="7196607A" w14:textId="77777777" w:rsidR="00536491" w:rsidRPr="002A785D" w:rsidRDefault="00536491" w:rsidP="00536491">
      <w:pPr>
        <w:ind w:left="283" w:hanging="170"/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/>
          <w:lang w:eastAsia="ja-JP"/>
        </w:rPr>
        <w:t>・標準製品のバージョンアップ時に個別開発部分が受ける影響と検証方法</w:t>
      </w:r>
    </w:p>
    <w:p w14:paraId="310013D8" w14:textId="77777777" w:rsidR="00536491" w:rsidRPr="002A785D" w:rsidRDefault="00536491" w:rsidP="00536491">
      <w:pPr>
        <w:ind w:left="283" w:hanging="170"/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/>
          <w:lang w:eastAsia="ja-JP"/>
        </w:rPr>
        <w:t>・ソースコード、設計書、設定情報の納品可否、および他社による保守・改修の可否</w:t>
      </w:r>
    </w:p>
    <w:p w14:paraId="45E8A208" w14:textId="49360C7C" w:rsidR="00A9055B" w:rsidRPr="002A785D" w:rsidRDefault="0035276D">
      <w:pPr>
        <w:pStyle w:val="H2RFI"/>
        <w:rPr>
          <w:rFonts w:asciiTheme="minorEastAsia" w:eastAsiaTheme="minorEastAsia" w:hAnsiTheme="minorEastAsia"/>
          <w:b w:val="0"/>
          <w:bCs/>
          <w:color w:val="000000" w:themeColor="text1"/>
          <w:lang w:eastAsia="ja-JP"/>
        </w:rPr>
      </w:pPr>
      <w:r w:rsidRPr="002A785D">
        <w:rPr>
          <w:rFonts w:asciiTheme="minorEastAsia" w:eastAsiaTheme="minorEastAsia" w:hAnsiTheme="minorEastAsia" w:hint="eastAsia"/>
          <w:b w:val="0"/>
          <w:bCs/>
          <w:color w:val="000000" w:themeColor="text1"/>
          <w:lang w:eastAsia="ja-JP"/>
        </w:rPr>
        <w:t>6</w:t>
      </w:r>
      <w:r w:rsidRPr="002A785D">
        <w:rPr>
          <w:rFonts w:asciiTheme="minorEastAsia" w:eastAsiaTheme="minorEastAsia" w:hAnsiTheme="minorEastAsia"/>
          <w:b w:val="0"/>
          <w:bCs/>
          <w:color w:val="000000" w:themeColor="text1"/>
          <w:lang w:eastAsia="ja-JP"/>
        </w:rPr>
        <w:t>.</w:t>
      </w:r>
      <w:r w:rsidR="009C7AD4" w:rsidRPr="002A785D">
        <w:rPr>
          <w:rFonts w:asciiTheme="minorEastAsia" w:eastAsiaTheme="minorEastAsia" w:hAnsiTheme="minorEastAsia" w:hint="eastAsia"/>
          <w:b w:val="0"/>
          <w:bCs/>
          <w:color w:val="000000" w:themeColor="text1"/>
          <w:lang w:eastAsia="ja-JP"/>
        </w:rPr>
        <w:t>4</w:t>
      </w:r>
      <w:r w:rsidRPr="002A785D">
        <w:rPr>
          <w:rFonts w:asciiTheme="minorEastAsia" w:eastAsiaTheme="minorEastAsia" w:hAnsiTheme="minorEastAsia"/>
          <w:b w:val="0"/>
          <w:bCs/>
          <w:color w:val="000000" w:themeColor="text1"/>
          <w:lang w:eastAsia="ja-JP"/>
        </w:rPr>
        <w:t xml:space="preserve"> データ移行・切替</w:t>
      </w:r>
    </w:p>
    <w:p w14:paraId="413568C7" w14:textId="7025C64B" w:rsidR="00A9055B" w:rsidRPr="002A785D" w:rsidRDefault="00993DB6" w:rsidP="007B4864">
      <w:pPr>
        <w:ind w:left="283" w:hanging="170"/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/>
          <w:lang w:eastAsia="ja-JP"/>
        </w:rPr>
        <w:t>別紙</w:t>
      </w:r>
      <w:r w:rsidRPr="002A785D">
        <w:rPr>
          <w:rFonts w:asciiTheme="minorEastAsia" w:eastAsiaTheme="minorEastAsia" w:hAnsiTheme="minorEastAsia" w:cs="ＭＳ 明朝" w:hint="eastAsia"/>
          <w:lang w:eastAsia="ja-JP"/>
        </w:rPr>
        <w:t>３</w:t>
      </w:r>
      <w:r w:rsidRPr="002A785D">
        <w:rPr>
          <w:rFonts w:asciiTheme="minorEastAsia" w:eastAsiaTheme="minorEastAsia" w:hAnsiTheme="minorEastAsia"/>
          <w:lang w:eastAsia="ja-JP"/>
        </w:rPr>
        <w:t>「</w:t>
      </w:r>
      <w:r w:rsidR="007B4864" w:rsidRPr="002A785D">
        <w:rPr>
          <w:rFonts w:asciiTheme="minorEastAsia" w:eastAsiaTheme="minorEastAsia" w:hAnsiTheme="minorEastAsia" w:cs="ＭＳ 明朝" w:hint="eastAsia"/>
          <w:lang w:eastAsia="ja-JP"/>
        </w:rPr>
        <w:t>データ移行・非機能・運用保守</w:t>
      </w:r>
      <w:r w:rsidRPr="002A785D">
        <w:rPr>
          <w:rFonts w:asciiTheme="minorEastAsia" w:eastAsiaTheme="minorEastAsia" w:hAnsiTheme="minorEastAsia"/>
          <w:lang w:eastAsia="ja-JP"/>
        </w:rPr>
        <w:t>回答表」の</w:t>
      </w:r>
      <w:r w:rsidR="00E331FA" w:rsidRPr="002A785D">
        <w:rPr>
          <w:rFonts w:asciiTheme="minorEastAsia" w:eastAsiaTheme="minorEastAsia" w:hAnsiTheme="minorEastAsia" w:cs="ＭＳ 明朝" w:hint="eastAsia"/>
          <w:lang w:eastAsia="ja-JP"/>
        </w:rPr>
        <w:t>「１．データ移行」</w:t>
      </w:r>
      <w:r w:rsidRPr="002A785D">
        <w:rPr>
          <w:rFonts w:asciiTheme="minorEastAsia" w:eastAsiaTheme="minorEastAsia" w:hAnsiTheme="minorEastAsia"/>
          <w:lang w:eastAsia="ja-JP"/>
        </w:rPr>
        <w:t>各項目について、回答してください。</w:t>
      </w:r>
    </w:p>
    <w:p w14:paraId="179921FE" w14:textId="291D2F71" w:rsidR="00A9055B" w:rsidRPr="002A785D" w:rsidRDefault="0035276D">
      <w:pPr>
        <w:pStyle w:val="H2RFI"/>
        <w:rPr>
          <w:rFonts w:asciiTheme="minorEastAsia" w:eastAsiaTheme="minorEastAsia" w:hAnsiTheme="minorEastAsia"/>
          <w:b w:val="0"/>
          <w:bCs/>
          <w:color w:val="000000" w:themeColor="text1"/>
          <w:lang w:eastAsia="ja-JP"/>
        </w:rPr>
      </w:pPr>
      <w:r w:rsidRPr="002A785D">
        <w:rPr>
          <w:rFonts w:asciiTheme="minorEastAsia" w:eastAsiaTheme="minorEastAsia" w:hAnsiTheme="minorEastAsia" w:hint="eastAsia"/>
          <w:b w:val="0"/>
          <w:bCs/>
          <w:color w:val="000000" w:themeColor="text1"/>
          <w:lang w:eastAsia="ja-JP"/>
        </w:rPr>
        <w:t>6</w:t>
      </w:r>
      <w:r w:rsidRPr="002A785D">
        <w:rPr>
          <w:rFonts w:asciiTheme="minorEastAsia" w:eastAsiaTheme="minorEastAsia" w:hAnsiTheme="minorEastAsia"/>
          <w:b w:val="0"/>
          <w:bCs/>
          <w:color w:val="000000" w:themeColor="text1"/>
          <w:lang w:eastAsia="ja-JP"/>
        </w:rPr>
        <w:t>.</w:t>
      </w:r>
      <w:r w:rsidR="000A681A" w:rsidRPr="002A785D">
        <w:rPr>
          <w:rFonts w:asciiTheme="minorEastAsia" w:eastAsiaTheme="minorEastAsia" w:hAnsiTheme="minorEastAsia" w:hint="eastAsia"/>
          <w:b w:val="0"/>
          <w:bCs/>
          <w:color w:val="000000" w:themeColor="text1"/>
          <w:lang w:eastAsia="ja-JP"/>
        </w:rPr>
        <w:t>5</w:t>
      </w:r>
      <w:r w:rsidRPr="002A785D">
        <w:rPr>
          <w:rFonts w:asciiTheme="minorEastAsia" w:eastAsiaTheme="minorEastAsia" w:hAnsiTheme="minorEastAsia"/>
          <w:b w:val="0"/>
          <w:bCs/>
          <w:color w:val="000000" w:themeColor="text1"/>
          <w:lang w:eastAsia="ja-JP"/>
        </w:rPr>
        <w:t xml:space="preserve"> </w:t>
      </w:r>
      <w:r w:rsidR="000A681A" w:rsidRPr="002A785D">
        <w:rPr>
          <w:rFonts w:asciiTheme="minorEastAsia" w:eastAsiaTheme="minorEastAsia" w:hAnsiTheme="minorEastAsia"/>
          <w:b w:val="0"/>
          <w:bCs/>
          <w:color w:val="000000" w:themeColor="text1"/>
          <w:lang w:eastAsia="ja-JP"/>
        </w:rPr>
        <w:t>非機能要件・セキュリティ</w:t>
      </w:r>
      <w:r w:rsidR="000A681A" w:rsidRPr="002A785D">
        <w:rPr>
          <w:rFonts w:asciiTheme="minorEastAsia" w:eastAsiaTheme="minorEastAsia" w:hAnsiTheme="minorEastAsia" w:hint="eastAsia"/>
          <w:b w:val="0"/>
          <w:bCs/>
          <w:color w:val="000000" w:themeColor="text1"/>
          <w:lang w:eastAsia="ja-JP"/>
        </w:rPr>
        <w:t>・</w:t>
      </w:r>
      <w:r w:rsidRPr="002A785D">
        <w:rPr>
          <w:rFonts w:asciiTheme="minorEastAsia" w:eastAsiaTheme="minorEastAsia" w:hAnsiTheme="minorEastAsia"/>
          <w:b w:val="0"/>
          <w:bCs/>
          <w:color w:val="000000" w:themeColor="text1"/>
          <w:lang w:eastAsia="ja-JP"/>
        </w:rPr>
        <w:t>運用・保守</w:t>
      </w:r>
    </w:p>
    <w:p w14:paraId="4D634B0C" w14:textId="77777777" w:rsidR="00CD33F7" w:rsidRDefault="007B4864" w:rsidP="007B4864">
      <w:pPr>
        <w:ind w:left="283" w:hanging="170"/>
        <w:rPr>
          <w:rFonts w:asciiTheme="minorEastAsia" w:eastAsiaTheme="minorEastAsia" w:hAnsiTheme="minorEastAsia" w:cs="ＭＳ 明朝"/>
          <w:lang w:eastAsia="ja-JP"/>
        </w:rPr>
      </w:pPr>
      <w:r w:rsidRPr="002A785D">
        <w:rPr>
          <w:rFonts w:asciiTheme="minorEastAsia" w:eastAsiaTheme="minorEastAsia" w:hAnsiTheme="minorEastAsia" w:cs="ＭＳ 明朝" w:hint="eastAsia"/>
          <w:lang w:eastAsia="ja-JP"/>
        </w:rPr>
        <w:t>別紙３「データ移行・非機能・運用保守回答表」の</w:t>
      </w:r>
      <w:r w:rsidR="00E331FA" w:rsidRPr="002A785D">
        <w:rPr>
          <w:rFonts w:asciiTheme="minorEastAsia" w:eastAsiaTheme="minorEastAsia" w:hAnsiTheme="minorEastAsia" w:cs="ＭＳ 明朝" w:hint="eastAsia"/>
          <w:lang w:eastAsia="ja-JP"/>
        </w:rPr>
        <w:t>「２．非機能・運用保守」</w:t>
      </w:r>
      <w:r w:rsidRPr="002A785D">
        <w:rPr>
          <w:rFonts w:asciiTheme="minorEastAsia" w:eastAsiaTheme="minorEastAsia" w:hAnsiTheme="minorEastAsia" w:cs="ＭＳ 明朝" w:hint="eastAsia"/>
          <w:lang w:eastAsia="ja-JP"/>
        </w:rPr>
        <w:t>各項目について、回答して</w:t>
      </w:r>
    </w:p>
    <w:p w14:paraId="60876685" w14:textId="53A072DC" w:rsidR="00A9055B" w:rsidRPr="002A785D" w:rsidRDefault="007B4864" w:rsidP="007B4864">
      <w:pPr>
        <w:ind w:left="283" w:hanging="170"/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 w:cs="ＭＳ 明朝" w:hint="eastAsia"/>
          <w:lang w:eastAsia="ja-JP"/>
        </w:rPr>
        <w:t>ください。</w:t>
      </w:r>
    </w:p>
    <w:p w14:paraId="04A1DE3F" w14:textId="77777777" w:rsidR="00C315F5" w:rsidRDefault="00C315F5">
      <w:pPr>
        <w:spacing w:after="200" w:line="276" w:lineRule="auto"/>
        <w:rPr>
          <w:rFonts w:asciiTheme="minorEastAsia" w:eastAsiaTheme="minorEastAsia" w:hAnsiTheme="minorEastAsia"/>
          <w:bCs/>
          <w:color w:val="000000" w:themeColor="text1"/>
          <w:sz w:val="24"/>
          <w:lang w:eastAsia="ja-JP"/>
        </w:rPr>
      </w:pPr>
      <w:r>
        <w:rPr>
          <w:rFonts w:asciiTheme="minorEastAsia" w:eastAsiaTheme="minorEastAsia" w:hAnsiTheme="minorEastAsia"/>
          <w:b/>
          <w:bCs/>
          <w:color w:val="000000" w:themeColor="text1"/>
          <w:lang w:eastAsia="ja-JP"/>
        </w:rPr>
        <w:br w:type="page"/>
      </w:r>
    </w:p>
    <w:p w14:paraId="0DBEAC0B" w14:textId="23AB7B31" w:rsidR="009951F1" w:rsidRPr="002A785D" w:rsidRDefault="0035276D">
      <w:pPr>
        <w:pStyle w:val="H2RFI"/>
        <w:rPr>
          <w:rFonts w:asciiTheme="minorEastAsia" w:eastAsiaTheme="minorEastAsia" w:hAnsiTheme="minorEastAsia"/>
          <w:b w:val="0"/>
          <w:bCs/>
          <w:color w:val="000000" w:themeColor="text1"/>
          <w:lang w:eastAsia="ja-JP"/>
        </w:rPr>
      </w:pPr>
      <w:r w:rsidRPr="002A785D">
        <w:rPr>
          <w:rFonts w:asciiTheme="minorEastAsia" w:eastAsiaTheme="minorEastAsia" w:hAnsiTheme="minorEastAsia" w:hint="eastAsia"/>
          <w:b w:val="0"/>
          <w:bCs/>
          <w:color w:val="000000" w:themeColor="text1"/>
          <w:lang w:eastAsia="ja-JP"/>
        </w:rPr>
        <w:lastRenderedPageBreak/>
        <w:t>6</w:t>
      </w:r>
      <w:r w:rsidRPr="002A785D">
        <w:rPr>
          <w:rFonts w:asciiTheme="minorEastAsia" w:eastAsiaTheme="minorEastAsia" w:hAnsiTheme="minorEastAsia"/>
          <w:b w:val="0"/>
          <w:bCs/>
          <w:color w:val="000000" w:themeColor="text1"/>
          <w:lang w:eastAsia="ja-JP"/>
        </w:rPr>
        <w:t>.</w:t>
      </w:r>
      <w:r w:rsidR="000A681A" w:rsidRPr="002A785D">
        <w:rPr>
          <w:rFonts w:asciiTheme="minorEastAsia" w:eastAsiaTheme="minorEastAsia" w:hAnsiTheme="minorEastAsia" w:hint="eastAsia"/>
          <w:b w:val="0"/>
          <w:bCs/>
          <w:color w:val="000000" w:themeColor="text1"/>
          <w:lang w:eastAsia="ja-JP"/>
        </w:rPr>
        <w:t>6</w:t>
      </w:r>
      <w:r w:rsidRPr="002A785D">
        <w:rPr>
          <w:rFonts w:asciiTheme="minorEastAsia" w:eastAsiaTheme="minorEastAsia" w:hAnsiTheme="minorEastAsia"/>
          <w:b w:val="0"/>
          <w:bCs/>
          <w:color w:val="000000" w:themeColor="text1"/>
          <w:lang w:eastAsia="ja-JP"/>
        </w:rPr>
        <w:t xml:space="preserve"> 導入スケジュール・体制</w:t>
      </w:r>
    </w:p>
    <w:p w14:paraId="42908BC5" w14:textId="7CFDB682" w:rsidR="009951F1" w:rsidRPr="002A785D" w:rsidRDefault="009951F1">
      <w:pPr>
        <w:ind w:left="283" w:hanging="170"/>
        <w:rPr>
          <w:rFonts w:asciiTheme="minorEastAsia" w:eastAsiaTheme="minorEastAsia" w:hAnsiTheme="minorEastAsia" w:cs="ＭＳ 明朝"/>
          <w:lang w:eastAsia="ja-JP"/>
        </w:rPr>
      </w:pPr>
      <w:r w:rsidRPr="002A785D">
        <w:rPr>
          <w:rFonts w:asciiTheme="minorEastAsia" w:eastAsiaTheme="minorEastAsia" w:hAnsiTheme="minorEastAsia" w:cs="ＭＳ 明朝" w:hint="eastAsia"/>
          <w:lang w:eastAsia="ja-JP"/>
        </w:rPr>
        <w:t>任意様式で回答してください。</w:t>
      </w:r>
    </w:p>
    <w:p w14:paraId="32C4EA93" w14:textId="7766EC9F" w:rsidR="00A9055B" w:rsidRPr="002A785D" w:rsidRDefault="00A70C5F">
      <w:pPr>
        <w:ind w:left="283" w:hanging="170"/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 w:cs="ＭＳ 明朝" w:hint="eastAsia"/>
          <w:lang w:eastAsia="ja-JP"/>
        </w:rPr>
        <w:t>・</w:t>
      </w:r>
      <w:r w:rsidRPr="002A785D">
        <w:rPr>
          <w:rFonts w:asciiTheme="minorEastAsia" w:eastAsiaTheme="minorEastAsia" w:hAnsiTheme="minorEastAsia"/>
          <w:lang w:eastAsia="ja-JP"/>
        </w:rPr>
        <w:t>契約から本稼働までの標準的なスケジュール</w:t>
      </w:r>
      <w:r w:rsidR="00E331FA" w:rsidRPr="002A785D">
        <w:rPr>
          <w:rFonts w:asciiTheme="minorEastAsia" w:eastAsiaTheme="minorEastAsia" w:hAnsiTheme="minorEastAsia" w:cs="ＭＳ 明朝" w:hint="eastAsia"/>
          <w:lang w:eastAsia="ja-JP"/>
        </w:rPr>
        <w:t>案の提案</w:t>
      </w:r>
    </w:p>
    <w:p w14:paraId="4767E989" w14:textId="77777777" w:rsidR="00A9055B" w:rsidRPr="002A785D" w:rsidRDefault="00A70C5F">
      <w:pPr>
        <w:ind w:left="283" w:hanging="170"/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/>
          <w:lang w:eastAsia="ja-JP"/>
        </w:rPr>
        <w:t>・要件定義、設計、構築、試験、移行リハーサル、操作研修、並行運用、本稼働の期間</w:t>
      </w:r>
    </w:p>
    <w:p w14:paraId="04992DC6" w14:textId="4559DE6F" w:rsidR="00E331FA" w:rsidRPr="00E331FA" w:rsidRDefault="00E331FA">
      <w:pPr>
        <w:ind w:left="283" w:hanging="170"/>
        <w:rPr>
          <w:rFonts w:eastAsiaTheme="minorEastAsia" w:hint="eastAsia"/>
          <w:lang w:eastAsia="ja-JP"/>
        </w:rPr>
      </w:pPr>
      <w:r>
        <w:rPr>
          <w:rFonts w:eastAsiaTheme="minorEastAsia" w:hint="eastAsia"/>
          <w:lang w:eastAsia="ja-JP"/>
        </w:rPr>
        <w:t xml:space="preserve">　及び各工程で実施する打合せの想定回数</w:t>
      </w:r>
    </w:p>
    <w:p w14:paraId="78770854" w14:textId="77777777" w:rsidR="00A9055B" w:rsidRPr="002A785D" w:rsidRDefault="00A70C5F">
      <w:pPr>
        <w:ind w:left="283" w:hanging="170"/>
        <w:rPr>
          <w:rFonts w:asciiTheme="minorEastAsia" w:eastAsiaTheme="minorEastAsia" w:hAnsiTheme="minorEastAsia"/>
          <w:lang w:eastAsia="ja-JP"/>
        </w:rPr>
      </w:pPr>
      <w:r>
        <w:rPr>
          <w:lang w:eastAsia="ja-JP"/>
        </w:rPr>
        <w:t>・</w:t>
      </w:r>
      <w:r w:rsidRPr="002A785D">
        <w:rPr>
          <w:rFonts w:asciiTheme="minorEastAsia" w:eastAsiaTheme="minorEastAsia" w:hAnsiTheme="minorEastAsia"/>
          <w:lang w:eastAsia="ja-JP"/>
        </w:rPr>
        <w:t>必要な大阪市側の作業・要員・意思決定事項</w:t>
      </w:r>
    </w:p>
    <w:p w14:paraId="09877D5F" w14:textId="77777777" w:rsidR="00A9055B" w:rsidRPr="002A785D" w:rsidRDefault="00A70C5F">
      <w:pPr>
        <w:ind w:left="283" w:hanging="170"/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/>
          <w:lang w:eastAsia="ja-JP"/>
        </w:rPr>
        <w:t>・提案事業者側のプロジェクト体制、主要役割、類似経験を有する要員の配置方針</w:t>
      </w:r>
    </w:p>
    <w:p w14:paraId="4A3808BE" w14:textId="0D3D9196" w:rsidR="00CA72C7" w:rsidRPr="002A785D" w:rsidRDefault="0035276D">
      <w:pPr>
        <w:pStyle w:val="H2RFI"/>
        <w:rPr>
          <w:rFonts w:asciiTheme="minorEastAsia" w:eastAsiaTheme="minorEastAsia" w:hAnsiTheme="minorEastAsia"/>
          <w:b w:val="0"/>
          <w:bCs/>
          <w:color w:val="000000" w:themeColor="text1"/>
          <w:lang w:eastAsia="ja-JP"/>
        </w:rPr>
      </w:pPr>
      <w:r w:rsidRPr="002A785D">
        <w:rPr>
          <w:rFonts w:asciiTheme="minorEastAsia" w:eastAsiaTheme="minorEastAsia" w:hAnsiTheme="minorEastAsia" w:hint="eastAsia"/>
          <w:b w:val="0"/>
          <w:bCs/>
          <w:color w:val="000000" w:themeColor="text1"/>
          <w:lang w:eastAsia="ja-JP"/>
        </w:rPr>
        <w:t>6</w:t>
      </w:r>
      <w:r w:rsidRPr="002A785D">
        <w:rPr>
          <w:rFonts w:asciiTheme="minorEastAsia" w:eastAsiaTheme="minorEastAsia" w:hAnsiTheme="minorEastAsia"/>
          <w:b w:val="0"/>
          <w:bCs/>
          <w:color w:val="000000" w:themeColor="text1"/>
          <w:lang w:eastAsia="ja-JP"/>
        </w:rPr>
        <w:t>.</w:t>
      </w:r>
      <w:r w:rsidR="000A681A" w:rsidRPr="002A785D">
        <w:rPr>
          <w:rFonts w:asciiTheme="minorEastAsia" w:eastAsiaTheme="minorEastAsia" w:hAnsiTheme="minorEastAsia" w:hint="eastAsia"/>
          <w:b w:val="0"/>
          <w:bCs/>
          <w:color w:val="000000" w:themeColor="text1"/>
          <w:lang w:eastAsia="ja-JP"/>
        </w:rPr>
        <w:t>7</w:t>
      </w:r>
      <w:r w:rsidRPr="002A785D">
        <w:rPr>
          <w:rFonts w:asciiTheme="minorEastAsia" w:eastAsiaTheme="minorEastAsia" w:hAnsiTheme="minorEastAsia"/>
          <w:b w:val="0"/>
          <w:bCs/>
          <w:color w:val="000000" w:themeColor="text1"/>
          <w:lang w:eastAsia="ja-JP"/>
        </w:rPr>
        <w:t xml:space="preserve"> 費用・TCO</w:t>
      </w:r>
    </w:p>
    <w:p w14:paraId="35B09410" w14:textId="32D22CFC" w:rsidR="00CA72C7" w:rsidRPr="002A785D" w:rsidRDefault="00CA72C7" w:rsidP="00CA72C7">
      <w:pPr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/>
          <w:lang w:eastAsia="ja-JP"/>
        </w:rPr>
        <w:t>別紙</w:t>
      </w:r>
      <w:r w:rsidR="007B4864" w:rsidRPr="002A785D">
        <w:rPr>
          <w:rFonts w:asciiTheme="minorEastAsia" w:eastAsiaTheme="minorEastAsia" w:hAnsiTheme="minorEastAsia" w:cs="ＭＳ 明朝" w:hint="eastAsia"/>
          <w:lang w:eastAsia="ja-JP"/>
        </w:rPr>
        <w:t>２</w:t>
      </w:r>
      <w:r w:rsidRPr="002A785D">
        <w:rPr>
          <w:rFonts w:asciiTheme="minorEastAsia" w:eastAsiaTheme="minorEastAsia" w:hAnsiTheme="minorEastAsia"/>
          <w:lang w:eastAsia="ja-JP"/>
        </w:rPr>
        <w:t>「</w:t>
      </w:r>
      <w:r w:rsidR="007B4864" w:rsidRPr="002A785D">
        <w:rPr>
          <w:rFonts w:asciiTheme="minorEastAsia" w:eastAsiaTheme="minorEastAsia" w:hAnsiTheme="minorEastAsia" w:cs="ＭＳ 明朝" w:hint="eastAsia"/>
          <w:lang w:eastAsia="ja-JP"/>
        </w:rPr>
        <w:t>構成・ライセンス・費用</w:t>
      </w:r>
      <w:r w:rsidRPr="002A785D">
        <w:rPr>
          <w:rFonts w:asciiTheme="minorEastAsia" w:eastAsiaTheme="minorEastAsia" w:hAnsiTheme="minorEastAsia"/>
          <w:lang w:eastAsia="ja-JP"/>
        </w:rPr>
        <w:t>回答表」の各項目について、回答してください。</w:t>
      </w:r>
    </w:p>
    <w:p w14:paraId="3C1C512F" w14:textId="6D93B6D9" w:rsidR="00A9055B" w:rsidRPr="002A785D" w:rsidRDefault="00A70C5F">
      <w:pPr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/>
          <w:lang w:eastAsia="ja-JP"/>
        </w:rPr>
        <w:t>初期費用のみではなく、少なくとも</w:t>
      </w:r>
      <w:r w:rsidR="00F20EB1">
        <w:rPr>
          <w:rFonts w:asciiTheme="minorEastAsia" w:eastAsiaTheme="minorEastAsia" w:hAnsiTheme="minorEastAsia" w:hint="eastAsia"/>
          <w:lang w:eastAsia="ja-JP"/>
        </w:rPr>
        <w:t>５</w:t>
      </w:r>
      <w:r w:rsidRPr="002A785D">
        <w:rPr>
          <w:rFonts w:asciiTheme="minorEastAsia" w:eastAsiaTheme="minorEastAsia" w:hAnsiTheme="minorEastAsia"/>
          <w:lang w:eastAsia="ja-JP"/>
        </w:rPr>
        <w:t>年間および10年間の総保有コスト（TCO）が比較可能となる形で情報提供してください。</w:t>
      </w:r>
    </w:p>
    <w:p w14:paraId="28A96FB6" w14:textId="7FD63670" w:rsidR="00A9055B" w:rsidRPr="002A785D" w:rsidRDefault="00A70C5F">
      <w:pPr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/>
          <w:lang w:eastAsia="ja-JP"/>
        </w:rPr>
        <w:t>利用者数の増加に伴う費用影響を確認するため、現状規模</w:t>
      </w:r>
      <w:r w:rsidR="00B77AC3" w:rsidRPr="002A785D">
        <w:rPr>
          <w:rFonts w:asciiTheme="minorEastAsia" w:eastAsiaTheme="minorEastAsia" w:hAnsiTheme="minorEastAsia" w:cs="ＭＳ 明朝" w:hint="eastAsia"/>
          <w:lang w:eastAsia="ja-JP"/>
        </w:rPr>
        <w:t>（４．次期システムの基本方針（現時点）の№7参照）</w:t>
      </w:r>
      <w:r w:rsidRPr="002A785D">
        <w:rPr>
          <w:rFonts w:asciiTheme="minorEastAsia" w:eastAsiaTheme="minorEastAsia" w:hAnsiTheme="minorEastAsia"/>
          <w:lang w:eastAsia="ja-JP"/>
        </w:rPr>
        <w:t>に加え、30名・50名利用時の年間ライセンス・運用費の参考額も提示してください。</w:t>
      </w:r>
    </w:p>
    <w:p w14:paraId="31293A48" w14:textId="56DA87FD" w:rsidR="00B77AC3" w:rsidRPr="002A785D" w:rsidRDefault="00B77AC3">
      <w:pPr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 w:hint="eastAsia"/>
          <w:lang w:eastAsia="ja-JP"/>
        </w:rPr>
        <w:t>構築方法として、SaaS、大阪市共通クラウド（Microsoft Azure）への構築どちらも対応が</w:t>
      </w:r>
      <w:r w:rsidR="00BD2FF6">
        <w:rPr>
          <w:rFonts w:asciiTheme="minorEastAsia" w:eastAsiaTheme="minorEastAsia" w:hAnsiTheme="minorEastAsia" w:hint="eastAsia"/>
          <w:lang w:eastAsia="ja-JP"/>
        </w:rPr>
        <w:t>でき</w:t>
      </w:r>
      <w:r w:rsidRPr="002A785D">
        <w:rPr>
          <w:rFonts w:asciiTheme="minorEastAsia" w:eastAsiaTheme="minorEastAsia" w:hAnsiTheme="minorEastAsia" w:hint="eastAsia"/>
          <w:lang w:eastAsia="ja-JP"/>
        </w:rPr>
        <w:t>る場合は、それぞれの見積書を提出してください。</w:t>
      </w:r>
    </w:p>
    <w:p w14:paraId="7EB71861" w14:textId="77777777" w:rsidR="00B77AC3" w:rsidRPr="002A785D" w:rsidRDefault="00B77AC3">
      <w:pPr>
        <w:rPr>
          <w:rFonts w:asciiTheme="minorEastAsia" w:eastAsiaTheme="minorEastAsia" w:hAnsiTheme="minorEastAsia"/>
          <w:lang w:eastAsia="ja-JP"/>
        </w:rPr>
      </w:pPr>
    </w:p>
    <w:p w14:paraId="1A92B8F5" w14:textId="72BCAF3C" w:rsidR="00B77AC3" w:rsidRPr="002A785D" w:rsidRDefault="00B77AC3">
      <w:pPr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 w:hint="eastAsia"/>
          <w:lang w:eastAsia="ja-JP"/>
        </w:rPr>
        <w:t>＜大阪市共通クラウドへ構築する場合＞</w:t>
      </w:r>
    </w:p>
    <w:p w14:paraId="271CC118" w14:textId="189FC7B5" w:rsidR="00B77AC3" w:rsidRPr="002A785D" w:rsidRDefault="00B77AC3">
      <w:pPr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 w:hint="eastAsia"/>
          <w:lang w:eastAsia="ja-JP"/>
        </w:rPr>
        <w:t>以下の料金計算ツールを使用し</w:t>
      </w:r>
      <w:r w:rsidR="001054EC">
        <w:rPr>
          <w:rFonts w:asciiTheme="minorEastAsia" w:eastAsiaTheme="minorEastAsia" w:hAnsiTheme="minorEastAsia" w:hint="eastAsia"/>
          <w:lang w:eastAsia="ja-JP"/>
        </w:rPr>
        <w:t>て</w:t>
      </w:r>
      <w:r w:rsidRPr="002A785D">
        <w:rPr>
          <w:rFonts w:asciiTheme="minorEastAsia" w:eastAsiaTheme="minorEastAsia" w:hAnsiTheme="minorEastAsia" w:hint="eastAsia"/>
          <w:lang w:eastAsia="ja-JP"/>
        </w:rPr>
        <w:t>本番環境及び保守環境に掛かる費用を計算し、計算結果をレポート出力して提出してください。</w:t>
      </w:r>
    </w:p>
    <w:p w14:paraId="2C2B5FF8" w14:textId="5D0CD24A" w:rsidR="00B77AC3" w:rsidRPr="002A785D" w:rsidRDefault="00B77AC3">
      <w:pPr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 w:hint="eastAsia"/>
          <w:lang w:eastAsia="ja-JP"/>
        </w:rPr>
        <w:t>なお、サーバについてはOS込みの単価でかつ３年リザーブドインスタンスの割引が</w:t>
      </w:r>
      <w:r w:rsidR="001054EC">
        <w:rPr>
          <w:rFonts w:asciiTheme="minorEastAsia" w:eastAsiaTheme="minorEastAsia" w:hAnsiTheme="minorEastAsia" w:hint="eastAsia"/>
          <w:lang w:eastAsia="ja-JP"/>
        </w:rPr>
        <w:t>適用</w:t>
      </w:r>
      <w:r w:rsidRPr="002A785D">
        <w:rPr>
          <w:rFonts w:asciiTheme="minorEastAsia" w:eastAsiaTheme="minorEastAsia" w:hAnsiTheme="minorEastAsia" w:hint="eastAsia"/>
          <w:lang w:eastAsia="ja-JP"/>
        </w:rPr>
        <w:t>できるものについては</w:t>
      </w:r>
      <w:r w:rsidR="001054EC">
        <w:rPr>
          <w:rFonts w:asciiTheme="minorEastAsia" w:eastAsiaTheme="minorEastAsia" w:hAnsiTheme="minorEastAsia" w:hint="eastAsia"/>
          <w:lang w:eastAsia="ja-JP"/>
        </w:rPr>
        <w:t>適用した</w:t>
      </w:r>
      <w:r w:rsidRPr="002A785D">
        <w:rPr>
          <w:rFonts w:asciiTheme="minorEastAsia" w:eastAsiaTheme="minorEastAsia" w:hAnsiTheme="minorEastAsia" w:hint="eastAsia"/>
          <w:lang w:eastAsia="ja-JP"/>
        </w:rPr>
        <w:t>単価で積算し、１日の稼働時間が半分以下で可能なサーバは従量課金を選択してください。</w:t>
      </w:r>
      <w:r w:rsidR="00443CF6" w:rsidRPr="002A785D">
        <w:rPr>
          <w:rFonts w:asciiTheme="minorEastAsia" w:eastAsiaTheme="minorEastAsia" w:hAnsiTheme="minorEastAsia" w:hint="eastAsia"/>
          <w:lang w:eastAsia="ja-JP"/>
        </w:rPr>
        <w:t>（</w:t>
      </w:r>
      <w:r w:rsidR="00BD2FF6">
        <w:rPr>
          <w:rFonts w:asciiTheme="minorEastAsia" w:eastAsiaTheme="minorEastAsia" w:hAnsiTheme="minorEastAsia" w:hint="eastAsia"/>
          <w:lang w:eastAsia="ja-JP"/>
        </w:rPr>
        <w:t>最も</w:t>
      </w:r>
      <w:r w:rsidR="00443CF6" w:rsidRPr="002A785D">
        <w:rPr>
          <w:rFonts w:asciiTheme="minorEastAsia" w:eastAsiaTheme="minorEastAsia" w:hAnsiTheme="minorEastAsia" w:hint="eastAsia"/>
          <w:lang w:eastAsia="ja-JP"/>
        </w:rPr>
        <w:t>安くなるものを選ぶ</w:t>
      </w:r>
      <w:r w:rsidR="001054EC">
        <w:rPr>
          <w:rFonts w:asciiTheme="minorEastAsia" w:eastAsiaTheme="minorEastAsia" w:hAnsiTheme="minorEastAsia" w:hint="eastAsia"/>
          <w:lang w:eastAsia="ja-JP"/>
        </w:rPr>
        <w:t>こと</w:t>
      </w:r>
      <w:r w:rsidR="00F20EB1">
        <w:rPr>
          <w:rFonts w:asciiTheme="minorEastAsia" w:eastAsiaTheme="minorEastAsia" w:hAnsiTheme="minorEastAsia" w:hint="eastAsia"/>
          <w:lang w:eastAsia="ja-JP"/>
        </w:rPr>
        <w:t>。</w:t>
      </w:r>
      <w:r w:rsidR="00443CF6" w:rsidRPr="002A785D">
        <w:rPr>
          <w:rFonts w:asciiTheme="minorEastAsia" w:eastAsiaTheme="minorEastAsia" w:hAnsiTheme="minorEastAsia" w:hint="eastAsia"/>
          <w:lang w:eastAsia="ja-JP"/>
        </w:rPr>
        <w:t>）</w:t>
      </w:r>
    </w:p>
    <w:p w14:paraId="28E63698" w14:textId="7189886D" w:rsidR="00974963" w:rsidRPr="002A785D" w:rsidRDefault="00443CF6" w:rsidP="00974963">
      <w:pPr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 w:hint="eastAsia"/>
          <w:lang w:eastAsia="ja-JP"/>
        </w:rPr>
        <w:t xml:space="preserve">　</w:t>
      </w:r>
      <w:r w:rsidR="00974963" w:rsidRPr="002A785D">
        <w:rPr>
          <w:rFonts w:asciiTheme="minorEastAsia" w:eastAsiaTheme="minorEastAsia" w:hAnsiTheme="minorEastAsia" w:hint="eastAsia"/>
          <w:lang w:eastAsia="ja-JP"/>
        </w:rPr>
        <w:t>計算ツール：</w:t>
      </w:r>
      <w:r w:rsidR="00974963">
        <w:fldChar w:fldCharType="begin"/>
      </w:r>
      <w:r w:rsidR="00974963">
        <w:rPr>
          <w:lang w:eastAsia="ja-JP"/>
        </w:rPr>
        <w:instrText>HYPERLINK "https://azure.microsoft.com/ja-jp/pricing/calculator/"</w:instrText>
      </w:r>
      <w:r w:rsidR="00974963">
        <w:fldChar w:fldCharType="separate"/>
      </w:r>
      <w:r w:rsidR="00974963" w:rsidRPr="002A785D">
        <w:rPr>
          <w:rStyle w:val="aff"/>
          <w:rFonts w:asciiTheme="minorEastAsia" w:eastAsiaTheme="minorEastAsia" w:hAnsiTheme="minorEastAsia"/>
          <w:lang w:eastAsia="ja-JP"/>
        </w:rPr>
        <w:t>料金計算ツール | Microsoft Azure</w:t>
      </w:r>
      <w:r w:rsidR="00974963">
        <w:fldChar w:fldCharType="end"/>
      </w:r>
    </w:p>
    <w:p w14:paraId="01EAF26B" w14:textId="21622F12" w:rsidR="00443CF6" w:rsidRPr="002A785D" w:rsidRDefault="0035276D">
      <w:pPr>
        <w:pStyle w:val="H2RFI"/>
        <w:rPr>
          <w:rFonts w:asciiTheme="minorEastAsia" w:eastAsiaTheme="minorEastAsia" w:hAnsiTheme="minorEastAsia"/>
          <w:b w:val="0"/>
          <w:bCs/>
          <w:color w:val="000000" w:themeColor="text1"/>
          <w:lang w:eastAsia="ja-JP"/>
        </w:rPr>
      </w:pPr>
      <w:r w:rsidRPr="002A785D">
        <w:rPr>
          <w:rFonts w:asciiTheme="minorEastAsia" w:eastAsiaTheme="minorEastAsia" w:hAnsiTheme="minorEastAsia" w:hint="eastAsia"/>
          <w:b w:val="0"/>
          <w:bCs/>
          <w:color w:val="000000" w:themeColor="text1"/>
          <w:lang w:eastAsia="ja-JP"/>
        </w:rPr>
        <w:t>6</w:t>
      </w:r>
      <w:r w:rsidRPr="002A785D">
        <w:rPr>
          <w:rFonts w:asciiTheme="minorEastAsia" w:eastAsiaTheme="minorEastAsia" w:hAnsiTheme="minorEastAsia"/>
          <w:b w:val="0"/>
          <w:bCs/>
          <w:color w:val="000000" w:themeColor="text1"/>
          <w:lang w:eastAsia="ja-JP"/>
        </w:rPr>
        <w:t>.</w:t>
      </w:r>
      <w:r w:rsidR="000A681A" w:rsidRPr="002A785D">
        <w:rPr>
          <w:rFonts w:asciiTheme="minorEastAsia" w:eastAsiaTheme="minorEastAsia" w:hAnsiTheme="minorEastAsia" w:hint="eastAsia"/>
          <w:b w:val="0"/>
          <w:bCs/>
          <w:color w:val="000000" w:themeColor="text1"/>
          <w:lang w:eastAsia="ja-JP"/>
        </w:rPr>
        <w:t>8</w:t>
      </w:r>
      <w:r w:rsidRPr="002A785D">
        <w:rPr>
          <w:rFonts w:asciiTheme="minorEastAsia" w:eastAsiaTheme="minorEastAsia" w:hAnsiTheme="minorEastAsia"/>
          <w:b w:val="0"/>
          <w:bCs/>
          <w:color w:val="000000" w:themeColor="text1"/>
          <w:lang w:eastAsia="ja-JP"/>
        </w:rPr>
        <w:t xml:space="preserve"> 導入実績</w:t>
      </w:r>
    </w:p>
    <w:p w14:paraId="2F1D88A9" w14:textId="0418D91A" w:rsidR="00443CF6" w:rsidRPr="002A785D" w:rsidRDefault="0035276D" w:rsidP="00443CF6">
      <w:pPr>
        <w:ind w:left="283" w:hanging="170"/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 w:hint="eastAsia"/>
          <w:lang w:eastAsia="ja-JP"/>
        </w:rPr>
        <w:t>１</w:t>
      </w:r>
      <w:r w:rsidR="005B7AA5" w:rsidRPr="002A785D">
        <w:rPr>
          <w:rFonts w:asciiTheme="minorEastAsia" w:eastAsiaTheme="minorEastAsia" w:hAnsiTheme="minorEastAsia" w:hint="eastAsia"/>
          <w:lang w:eastAsia="ja-JP"/>
        </w:rPr>
        <w:t>１</w:t>
      </w:r>
      <w:r w:rsidR="00341BC5" w:rsidRPr="002A785D">
        <w:rPr>
          <w:rFonts w:asciiTheme="minorEastAsia" w:eastAsiaTheme="minorEastAsia" w:hAnsiTheme="minorEastAsia" w:hint="eastAsia"/>
          <w:lang w:eastAsia="ja-JP"/>
        </w:rPr>
        <w:t>．</w:t>
      </w:r>
      <w:r w:rsidR="00443CF6" w:rsidRPr="002A785D">
        <w:rPr>
          <w:rFonts w:asciiTheme="minorEastAsia" w:eastAsiaTheme="minorEastAsia" w:hAnsiTheme="minorEastAsia" w:hint="eastAsia"/>
          <w:lang w:eastAsia="ja-JP"/>
        </w:rPr>
        <w:t>回答様式「</w:t>
      </w:r>
      <w:r w:rsidRPr="002A785D">
        <w:rPr>
          <w:rFonts w:asciiTheme="minorEastAsia" w:eastAsiaTheme="minorEastAsia" w:hAnsiTheme="minorEastAsia" w:hint="eastAsia"/>
          <w:lang w:eastAsia="ja-JP"/>
        </w:rPr>
        <w:t>1</w:t>
      </w:r>
      <w:r w:rsidR="005B7AA5" w:rsidRPr="002A785D">
        <w:rPr>
          <w:rFonts w:asciiTheme="minorEastAsia" w:eastAsiaTheme="minorEastAsia" w:hAnsiTheme="minorEastAsia" w:hint="eastAsia"/>
          <w:lang w:eastAsia="ja-JP"/>
        </w:rPr>
        <w:t>1</w:t>
      </w:r>
      <w:r w:rsidR="00443CF6" w:rsidRPr="002A785D">
        <w:rPr>
          <w:rFonts w:asciiTheme="minorEastAsia" w:eastAsiaTheme="minorEastAsia" w:hAnsiTheme="minorEastAsia" w:hint="eastAsia"/>
          <w:lang w:eastAsia="ja-JP"/>
        </w:rPr>
        <w:t>.3　導入実績回答表」の各項目について、回答してください。</w:t>
      </w:r>
    </w:p>
    <w:p w14:paraId="40B9256E" w14:textId="3B60E3D8" w:rsidR="00A9055B" w:rsidRPr="002A785D" w:rsidRDefault="00A70C5F" w:rsidP="00443CF6">
      <w:pPr>
        <w:ind w:firstLineChars="50" w:firstLine="100"/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/>
          <w:lang w:eastAsia="ja-JP"/>
        </w:rPr>
        <w:t>・自治体・公共機関向け業務システムの導入実績</w:t>
      </w:r>
    </w:p>
    <w:p w14:paraId="19DDB618" w14:textId="2D3EE6EE" w:rsidR="00A9055B" w:rsidRPr="002A785D" w:rsidRDefault="00A70C5F">
      <w:pPr>
        <w:ind w:left="283" w:hanging="170"/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/>
          <w:lang w:eastAsia="ja-JP"/>
        </w:rPr>
        <w:t>・施設管理、料金計算・請求、会計連携、図面管理等を含む類似実績</w:t>
      </w:r>
    </w:p>
    <w:p w14:paraId="699F74FB" w14:textId="12775FF1" w:rsidR="00A9055B" w:rsidRPr="002A785D" w:rsidRDefault="00A70C5F">
      <w:pPr>
        <w:ind w:left="283" w:hanging="170"/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/>
          <w:lang w:eastAsia="ja-JP"/>
        </w:rPr>
        <w:t>・</w:t>
      </w:r>
      <w:r w:rsidR="00443CF6" w:rsidRPr="002A785D">
        <w:rPr>
          <w:rFonts w:asciiTheme="minorEastAsia" w:eastAsiaTheme="minorEastAsia" w:hAnsiTheme="minorEastAsia" w:cs="ＭＳ 明朝" w:hint="eastAsia"/>
          <w:lang w:eastAsia="ja-JP"/>
        </w:rPr>
        <w:t>ノー</w:t>
      </w:r>
      <w:r w:rsidRPr="002A785D">
        <w:rPr>
          <w:rFonts w:asciiTheme="minorEastAsia" w:eastAsiaTheme="minorEastAsia" w:hAnsiTheme="minorEastAsia"/>
          <w:lang w:eastAsia="ja-JP"/>
        </w:rPr>
        <w:t>コード／</w:t>
      </w:r>
      <w:r w:rsidR="00443CF6" w:rsidRPr="002A785D">
        <w:rPr>
          <w:rFonts w:asciiTheme="minorEastAsia" w:eastAsiaTheme="minorEastAsia" w:hAnsiTheme="minorEastAsia" w:cs="ＭＳ 明朝" w:hint="eastAsia"/>
          <w:lang w:eastAsia="ja-JP"/>
        </w:rPr>
        <w:t>ロー</w:t>
      </w:r>
      <w:r w:rsidRPr="002A785D">
        <w:rPr>
          <w:rFonts w:asciiTheme="minorEastAsia" w:eastAsiaTheme="minorEastAsia" w:hAnsiTheme="minorEastAsia"/>
          <w:lang w:eastAsia="ja-JP"/>
        </w:rPr>
        <w:t>コードによる中長期運用実績</w:t>
      </w:r>
    </w:p>
    <w:p w14:paraId="2557BF37" w14:textId="77777777" w:rsidR="00A9055B" w:rsidRPr="002A785D" w:rsidRDefault="00A70C5F">
      <w:pPr>
        <w:ind w:left="283" w:hanging="170"/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/>
          <w:lang w:eastAsia="ja-JP"/>
        </w:rPr>
        <w:t>・案件名を開示できない場合は、顧客種別、利用者規模、機能概要、構築方式、運用年数等を記載</w:t>
      </w:r>
    </w:p>
    <w:p w14:paraId="4BACC276" w14:textId="77777777" w:rsidR="00C315F5" w:rsidRDefault="00C315F5">
      <w:pPr>
        <w:spacing w:after="200" w:line="276" w:lineRule="auto"/>
        <w:rPr>
          <w:rFonts w:asciiTheme="minorEastAsia" w:eastAsiaTheme="minorEastAsia" w:hAnsiTheme="minorEastAsia"/>
          <w:bCs/>
          <w:color w:val="000000" w:themeColor="text1"/>
          <w:sz w:val="24"/>
          <w:lang w:eastAsia="ja-JP"/>
        </w:rPr>
      </w:pPr>
      <w:r>
        <w:rPr>
          <w:rFonts w:asciiTheme="minorEastAsia" w:eastAsiaTheme="minorEastAsia" w:hAnsiTheme="minorEastAsia"/>
          <w:b/>
          <w:bCs/>
          <w:color w:val="000000" w:themeColor="text1"/>
          <w:lang w:eastAsia="ja-JP"/>
        </w:rPr>
        <w:br w:type="page"/>
      </w:r>
    </w:p>
    <w:p w14:paraId="516F9FD2" w14:textId="2A7AFF9C" w:rsidR="00A9055B" w:rsidRPr="002A785D" w:rsidRDefault="0035276D" w:rsidP="00895399">
      <w:pPr>
        <w:pStyle w:val="H2RFI"/>
        <w:rPr>
          <w:rFonts w:asciiTheme="minorEastAsia" w:eastAsiaTheme="minorEastAsia" w:hAnsiTheme="minorEastAsia"/>
          <w:b w:val="0"/>
          <w:bCs/>
          <w:color w:val="000000" w:themeColor="text1"/>
          <w:lang w:eastAsia="ja-JP"/>
        </w:rPr>
      </w:pPr>
      <w:r w:rsidRPr="002A785D">
        <w:rPr>
          <w:rFonts w:asciiTheme="minorEastAsia" w:eastAsiaTheme="minorEastAsia" w:hAnsiTheme="minorEastAsia" w:hint="eastAsia"/>
          <w:b w:val="0"/>
          <w:bCs/>
          <w:color w:val="000000" w:themeColor="text1"/>
          <w:lang w:eastAsia="ja-JP"/>
        </w:rPr>
        <w:lastRenderedPageBreak/>
        <w:t>6</w:t>
      </w:r>
      <w:r w:rsidRPr="002A785D">
        <w:rPr>
          <w:rFonts w:asciiTheme="minorEastAsia" w:eastAsiaTheme="minorEastAsia" w:hAnsiTheme="minorEastAsia"/>
          <w:b w:val="0"/>
          <w:bCs/>
          <w:color w:val="000000" w:themeColor="text1"/>
          <w:lang w:eastAsia="ja-JP"/>
        </w:rPr>
        <w:t>.</w:t>
      </w:r>
      <w:r w:rsidR="000A681A" w:rsidRPr="002A785D">
        <w:rPr>
          <w:rFonts w:asciiTheme="minorEastAsia" w:eastAsiaTheme="minorEastAsia" w:hAnsiTheme="minorEastAsia" w:hint="eastAsia"/>
          <w:b w:val="0"/>
          <w:bCs/>
          <w:color w:val="000000" w:themeColor="text1"/>
          <w:lang w:eastAsia="ja-JP"/>
        </w:rPr>
        <w:t>9</w:t>
      </w:r>
      <w:r w:rsidRPr="002A785D">
        <w:rPr>
          <w:rFonts w:asciiTheme="minorEastAsia" w:eastAsiaTheme="minorEastAsia" w:hAnsiTheme="minorEastAsia"/>
          <w:b w:val="0"/>
          <w:bCs/>
          <w:color w:val="000000" w:themeColor="text1"/>
          <w:lang w:eastAsia="ja-JP"/>
        </w:rPr>
        <w:t xml:space="preserve"> </w:t>
      </w:r>
      <w:r w:rsidRPr="002A785D">
        <w:rPr>
          <w:rFonts w:asciiTheme="minorEastAsia" w:eastAsiaTheme="minorEastAsia" w:hAnsiTheme="minorEastAsia" w:cs="ＭＳ 明朝" w:hint="eastAsia"/>
          <w:b w:val="0"/>
          <w:bCs/>
          <w:color w:val="000000" w:themeColor="text1"/>
          <w:lang w:eastAsia="ja-JP"/>
        </w:rPr>
        <w:t>課題・リスク・代替提案</w:t>
      </w:r>
    </w:p>
    <w:p w14:paraId="3FDF9D5B" w14:textId="32E229ED" w:rsidR="00443CF6" w:rsidRPr="002A785D" w:rsidRDefault="0035276D">
      <w:pPr>
        <w:ind w:left="283" w:hanging="170"/>
        <w:rPr>
          <w:rFonts w:asciiTheme="minorEastAsia" w:eastAsiaTheme="minorEastAsia" w:hAnsiTheme="minorEastAsia" w:cs="ＭＳ 明朝"/>
          <w:lang w:eastAsia="ja-JP"/>
        </w:rPr>
      </w:pPr>
      <w:r w:rsidRPr="002A785D">
        <w:rPr>
          <w:rFonts w:asciiTheme="minorEastAsia" w:eastAsiaTheme="minorEastAsia" w:hAnsiTheme="minorEastAsia" w:cs="ＭＳ 明朝" w:hint="eastAsia"/>
          <w:lang w:eastAsia="ja-JP"/>
        </w:rPr>
        <w:t>１</w:t>
      </w:r>
      <w:r w:rsidR="005B7AA5" w:rsidRPr="002A785D">
        <w:rPr>
          <w:rFonts w:asciiTheme="minorEastAsia" w:eastAsiaTheme="minorEastAsia" w:hAnsiTheme="minorEastAsia" w:cs="ＭＳ 明朝" w:hint="eastAsia"/>
          <w:lang w:eastAsia="ja-JP"/>
        </w:rPr>
        <w:t>１</w:t>
      </w:r>
      <w:r w:rsidR="00341BC5" w:rsidRPr="002A785D">
        <w:rPr>
          <w:rFonts w:asciiTheme="minorEastAsia" w:eastAsiaTheme="minorEastAsia" w:hAnsiTheme="minorEastAsia" w:cs="ＭＳ 明朝" w:hint="eastAsia"/>
          <w:lang w:eastAsia="ja-JP"/>
        </w:rPr>
        <w:t>．</w:t>
      </w:r>
      <w:r w:rsidR="00443CF6" w:rsidRPr="002A785D">
        <w:rPr>
          <w:rFonts w:asciiTheme="minorEastAsia" w:eastAsiaTheme="minorEastAsia" w:hAnsiTheme="minorEastAsia" w:cs="ＭＳ 明朝" w:hint="eastAsia"/>
          <w:lang w:eastAsia="ja-JP"/>
        </w:rPr>
        <w:t>回答様式「</w:t>
      </w:r>
      <w:r w:rsidRPr="002A785D">
        <w:rPr>
          <w:rFonts w:asciiTheme="minorEastAsia" w:eastAsiaTheme="minorEastAsia" w:hAnsiTheme="minorEastAsia" w:hint="eastAsia"/>
          <w:lang w:eastAsia="ja-JP"/>
        </w:rPr>
        <w:t>1</w:t>
      </w:r>
      <w:r w:rsidR="005B7AA5" w:rsidRPr="002A785D">
        <w:rPr>
          <w:rFonts w:asciiTheme="minorEastAsia" w:eastAsiaTheme="minorEastAsia" w:hAnsiTheme="minorEastAsia" w:hint="eastAsia"/>
          <w:lang w:eastAsia="ja-JP"/>
        </w:rPr>
        <w:t>1</w:t>
      </w:r>
      <w:r w:rsidR="00305C44" w:rsidRPr="002A785D">
        <w:rPr>
          <w:rFonts w:asciiTheme="minorEastAsia" w:eastAsiaTheme="minorEastAsia" w:hAnsiTheme="minorEastAsia" w:hint="eastAsia"/>
          <w:lang w:eastAsia="ja-JP"/>
        </w:rPr>
        <w:t>.4</w:t>
      </w:r>
      <w:r w:rsidR="00443CF6" w:rsidRPr="002A785D">
        <w:rPr>
          <w:rFonts w:asciiTheme="minorEastAsia" w:eastAsiaTheme="minorEastAsia" w:hAnsiTheme="minorEastAsia" w:cs="ＭＳ 明朝" w:hint="eastAsia"/>
          <w:lang w:eastAsia="ja-JP"/>
        </w:rPr>
        <w:t xml:space="preserve">　課題・代替提案回答表」の各項目について、回答してください。</w:t>
      </w:r>
    </w:p>
    <w:p w14:paraId="42531D5F" w14:textId="08A86963" w:rsidR="00A9055B" w:rsidRPr="002A785D" w:rsidRDefault="00A70C5F">
      <w:pPr>
        <w:ind w:left="283" w:hanging="170"/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 w:cs="ＭＳ 明朝" w:hint="eastAsia"/>
          <w:lang w:eastAsia="ja-JP"/>
        </w:rPr>
        <w:t>・</w:t>
      </w:r>
      <w:r w:rsidRPr="002A785D">
        <w:rPr>
          <w:rFonts w:asciiTheme="minorEastAsia" w:eastAsiaTheme="minorEastAsia" w:hAnsiTheme="minorEastAsia"/>
          <w:lang w:eastAsia="ja-JP"/>
        </w:rPr>
        <w:t>実現困難または高コストとなる要件と、その理由</w:t>
      </w:r>
    </w:p>
    <w:p w14:paraId="099A9670" w14:textId="77777777" w:rsidR="00A9055B" w:rsidRPr="002A785D" w:rsidRDefault="00A70C5F">
      <w:pPr>
        <w:ind w:left="283" w:hanging="170"/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/>
          <w:lang w:eastAsia="ja-JP"/>
        </w:rPr>
        <w:t>・要件を見直すことで大幅なコスト削減・保守性向上が見込める事項</w:t>
      </w:r>
    </w:p>
    <w:p w14:paraId="0A8A00C3" w14:textId="3AC0DEA6" w:rsidR="00A9055B" w:rsidRPr="002A785D" w:rsidRDefault="00A70C5F">
      <w:pPr>
        <w:ind w:left="283" w:hanging="170"/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/>
          <w:lang w:eastAsia="ja-JP"/>
        </w:rPr>
        <w:t>・</w:t>
      </w:r>
      <w:r w:rsidR="00443CF6" w:rsidRPr="002A785D">
        <w:rPr>
          <w:rFonts w:asciiTheme="minorEastAsia" w:eastAsiaTheme="minorEastAsia" w:hAnsiTheme="minorEastAsia" w:cs="ＭＳ 明朝" w:hint="eastAsia"/>
          <w:lang w:eastAsia="ja-JP"/>
        </w:rPr>
        <w:t>製品</w:t>
      </w:r>
      <w:r w:rsidRPr="002A785D">
        <w:rPr>
          <w:rFonts w:asciiTheme="minorEastAsia" w:eastAsiaTheme="minorEastAsia" w:hAnsiTheme="minorEastAsia"/>
          <w:lang w:eastAsia="ja-JP"/>
        </w:rPr>
        <w:t>標準機能へ寄せるために必要な業務変更</w:t>
      </w:r>
    </w:p>
    <w:p w14:paraId="6B4BE38C" w14:textId="77777777" w:rsidR="00A9055B" w:rsidRPr="002A785D" w:rsidRDefault="00A70C5F">
      <w:pPr>
        <w:ind w:left="283" w:hanging="170"/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/>
          <w:lang w:eastAsia="ja-JP"/>
        </w:rPr>
        <w:t>・将来の制度変更や製品変更を考慮したリスクと対策</w:t>
      </w:r>
    </w:p>
    <w:p w14:paraId="21CAFF42" w14:textId="77777777" w:rsidR="00E7528C" w:rsidRPr="002A785D" w:rsidRDefault="00E7528C" w:rsidP="00E7528C">
      <w:pPr>
        <w:rPr>
          <w:rFonts w:asciiTheme="minorEastAsia" w:eastAsiaTheme="minorEastAsia" w:hAnsiTheme="minorEastAsia"/>
          <w:lang w:eastAsia="ja-JP"/>
        </w:rPr>
      </w:pPr>
    </w:p>
    <w:p w14:paraId="007BE090" w14:textId="1A5E5D96" w:rsidR="00E7528C" w:rsidRPr="00D25CE8" w:rsidRDefault="0035276D">
      <w:pPr>
        <w:pStyle w:val="H1RFI"/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D25CE8">
        <w:rPr>
          <w:rFonts w:asciiTheme="minorEastAsia" w:eastAsiaTheme="minorEastAsia" w:hAnsiTheme="minorEastAsia" w:hint="eastAsia"/>
          <w:color w:val="000000" w:themeColor="text1"/>
          <w:lang w:eastAsia="ja-JP"/>
        </w:rPr>
        <w:t>7</w:t>
      </w:r>
      <w:r w:rsidRPr="00D25CE8">
        <w:rPr>
          <w:rFonts w:asciiTheme="minorEastAsia" w:eastAsiaTheme="minorEastAsia" w:hAnsiTheme="minorEastAsia"/>
          <w:color w:val="000000" w:themeColor="text1"/>
        </w:rPr>
        <w:t xml:space="preserve">. </w:t>
      </w:r>
      <w:r w:rsidR="004E2586">
        <w:rPr>
          <w:rFonts w:asciiTheme="minorEastAsia" w:eastAsiaTheme="minorEastAsia" w:hAnsiTheme="minorEastAsia" w:hint="eastAsia"/>
          <w:color w:val="000000" w:themeColor="text1"/>
          <w:lang w:eastAsia="ja-JP"/>
        </w:rPr>
        <w:t>参加申請・</w:t>
      </w:r>
      <w:proofErr w:type="spellStart"/>
      <w:r w:rsidRPr="00D25CE8">
        <w:rPr>
          <w:rFonts w:asciiTheme="minorEastAsia" w:eastAsiaTheme="minorEastAsia" w:hAnsiTheme="minorEastAsia"/>
          <w:color w:val="000000" w:themeColor="text1"/>
        </w:rPr>
        <w:t>回答方法</w:t>
      </w:r>
      <w:proofErr w:type="spellEnd"/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7087"/>
      </w:tblGrid>
      <w:tr w:rsidR="00E7528C" w14:paraId="0D96C855" w14:textId="77777777" w:rsidTr="006576C1">
        <w:trPr>
          <w:cantSplit/>
          <w:tblHeader/>
          <w:jc w:val="center"/>
        </w:trPr>
        <w:tc>
          <w:tcPr>
            <w:tcW w:w="2268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6295BB" w14:textId="77777777" w:rsidR="00E7528C" w:rsidRDefault="00E7528C" w:rsidP="006576C1">
            <w:pPr>
              <w:spacing w:after="0" w:line="264" w:lineRule="auto"/>
              <w:jc w:val="center"/>
            </w:pPr>
            <w:proofErr w:type="spellStart"/>
            <w:r>
              <w:rPr>
                <w:rFonts w:ascii="ＭＳ 明朝" w:eastAsia="ＭＳ 明朝" w:hAnsi="ＭＳ 明朝" w:cs="ＭＳ 明朝" w:hint="eastAsia"/>
                <w:b/>
                <w:color w:val="FFFFFF"/>
                <w:sz w:val="18"/>
              </w:rPr>
              <w:t>項目</w:t>
            </w:r>
            <w:proofErr w:type="spellEnd"/>
          </w:p>
        </w:tc>
        <w:tc>
          <w:tcPr>
            <w:tcW w:w="7087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17013A" w14:textId="77777777" w:rsidR="00E7528C" w:rsidRDefault="00E7528C" w:rsidP="006576C1">
            <w:pPr>
              <w:spacing w:after="0" w:line="264" w:lineRule="auto"/>
              <w:jc w:val="center"/>
            </w:pPr>
            <w:proofErr w:type="spellStart"/>
            <w:r>
              <w:rPr>
                <w:rFonts w:ascii="ＭＳ 明朝" w:eastAsia="ＭＳ 明朝" w:hAnsi="ＭＳ 明朝" w:cs="ＭＳ 明朝" w:hint="eastAsia"/>
                <w:b/>
                <w:color w:val="FFFFFF"/>
                <w:sz w:val="18"/>
              </w:rPr>
              <w:t>内容</w:t>
            </w:r>
            <w:proofErr w:type="spellEnd"/>
          </w:p>
        </w:tc>
      </w:tr>
      <w:tr w:rsidR="004E2586" w14:paraId="59833EE7" w14:textId="77777777" w:rsidTr="0056554C">
        <w:trPr>
          <w:cantSplit/>
          <w:tblHeader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82B2E2" w14:textId="19B3BE51" w:rsidR="004E2586" w:rsidRPr="0056554C" w:rsidRDefault="0021135D" w:rsidP="0056554C">
            <w:pPr>
              <w:spacing w:after="0" w:line="264" w:lineRule="auto"/>
              <w:rPr>
                <w:rFonts w:ascii="ＭＳ 明朝" w:eastAsia="ＭＳ 明朝" w:hAnsi="ＭＳ 明朝" w:cs="ＭＳ 明朝"/>
                <w:bCs/>
                <w:sz w:val="18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bCs/>
                <w:sz w:val="18"/>
                <w:lang w:eastAsia="ja-JP"/>
              </w:rPr>
              <w:t>参加申請</w:t>
            </w:r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1569A9" w14:textId="109CE901" w:rsidR="004E2586" w:rsidRPr="0021135D" w:rsidRDefault="0021135D" w:rsidP="0056554C">
            <w:pPr>
              <w:spacing w:after="0" w:line="264" w:lineRule="auto"/>
              <w:rPr>
                <w:rFonts w:ascii="ＭＳ 明朝" w:eastAsia="ＭＳ 明朝" w:hAnsi="ＭＳ 明朝" w:cs="ＭＳ 明朝"/>
                <w:b/>
                <w:color w:val="FFFFFF"/>
                <w:sz w:val="18"/>
                <w:szCs w:val="18"/>
                <w:lang w:eastAsia="ja-JP"/>
              </w:rPr>
            </w:pPr>
            <w:r w:rsidRPr="0056554C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  <w:lang w:eastAsia="ja-JP"/>
              </w:rPr>
              <w:t>「参加申請様式１　参加申込書」及び「参加申請様式３　秘密保持誓約書」を記入・添付のうえ、</w:t>
            </w:r>
            <w:r w:rsidR="00F01780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  <w:lang w:eastAsia="ja-JP"/>
              </w:rPr>
              <w:t>申請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  <w:lang w:eastAsia="ja-JP"/>
              </w:rPr>
              <w:t>してください。</w:t>
            </w:r>
          </w:p>
        </w:tc>
      </w:tr>
      <w:tr w:rsidR="00E7528C" w14:paraId="643E9E35" w14:textId="77777777" w:rsidTr="006576C1">
        <w:trPr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900DD4" w14:textId="77777777" w:rsidR="00E7528C" w:rsidRDefault="00E7528C" w:rsidP="006576C1">
            <w:pPr>
              <w:spacing w:after="0" w:line="264" w:lineRule="auto"/>
            </w:pPr>
            <w:proofErr w:type="spellStart"/>
            <w:r>
              <w:rPr>
                <w:rFonts w:ascii="ＭＳ 明朝" w:eastAsia="ＭＳ 明朝" w:hAnsi="ＭＳ 明朝" w:cs="ＭＳ 明朝" w:hint="eastAsia"/>
                <w:sz w:val="18"/>
              </w:rPr>
              <w:t>回答様式</w:t>
            </w:r>
            <w:proofErr w:type="spellEnd"/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6F5C8E" w14:textId="77777777" w:rsidR="00E7528C" w:rsidRDefault="00E7528C" w:rsidP="006576C1">
            <w:pPr>
              <w:spacing w:after="0" w:line="264" w:lineRule="auto"/>
              <w:rPr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sz w:val="18"/>
                <w:lang w:eastAsia="ja-JP"/>
              </w:rPr>
              <w:t>本書末尾の回答様式を基本として回答してください。補足資料、製品カタログ、構成図等の添付は任意とします。</w:t>
            </w:r>
          </w:p>
        </w:tc>
      </w:tr>
      <w:tr w:rsidR="00E7528C" w14:paraId="27C6BE0B" w14:textId="77777777" w:rsidTr="006576C1">
        <w:trPr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484360" w14:textId="77777777" w:rsidR="00E7528C" w:rsidRDefault="00E7528C" w:rsidP="006576C1">
            <w:pPr>
              <w:spacing w:after="0" w:line="264" w:lineRule="auto"/>
            </w:pPr>
            <w:proofErr w:type="spellStart"/>
            <w:r>
              <w:rPr>
                <w:rFonts w:ascii="ＭＳ 明朝" w:eastAsia="ＭＳ 明朝" w:hAnsi="ＭＳ 明朝" w:cs="ＭＳ 明朝" w:hint="eastAsia"/>
                <w:sz w:val="18"/>
              </w:rPr>
              <w:t>回答形式</w:t>
            </w:r>
            <w:proofErr w:type="spellEnd"/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4D97D5" w14:textId="77777777" w:rsidR="00E7528C" w:rsidRPr="002A785D" w:rsidRDefault="00E7528C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8"/>
              </w:rPr>
              <w:t xml:space="preserve">Microsoft </w:t>
            </w:r>
            <w:proofErr w:type="spellStart"/>
            <w:r w:rsidRPr="002A785D">
              <w:rPr>
                <w:rFonts w:asciiTheme="minorEastAsia" w:eastAsiaTheme="minorEastAsia" w:hAnsiTheme="minorEastAsia"/>
                <w:sz w:val="18"/>
              </w:rPr>
              <w:t>Word</w:t>
            </w:r>
            <w:r w:rsidRPr="002A785D">
              <w:rPr>
                <w:rFonts w:asciiTheme="minorEastAsia" w:eastAsiaTheme="minorEastAsia" w:hAnsiTheme="minorEastAsia" w:cs="ＭＳ 明朝" w:hint="eastAsia"/>
                <w:sz w:val="18"/>
              </w:rPr>
              <w:t>、</w:t>
            </w:r>
            <w:r w:rsidRPr="002A785D">
              <w:rPr>
                <w:rFonts w:asciiTheme="minorEastAsia" w:eastAsiaTheme="minorEastAsia" w:hAnsiTheme="minorEastAsia"/>
                <w:sz w:val="18"/>
              </w:rPr>
              <w:t>Excel</w:t>
            </w:r>
            <w:r w:rsidRPr="002A785D">
              <w:rPr>
                <w:rFonts w:asciiTheme="minorEastAsia" w:eastAsiaTheme="minorEastAsia" w:hAnsiTheme="minorEastAsia" w:cs="ＭＳ 明朝" w:hint="eastAsia"/>
                <w:sz w:val="18"/>
              </w:rPr>
              <w:t>、</w:t>
            </w:r>
            <w:r w:rsidRPr="002A785D">
              <w:rPr>
                <w:rFonts w:asciiTheme="minorEastAsia" w:eastAsiaTheme="minorEastAsia" w:hAnsiTheme="minorEastAsia"/>
                <w:sz w:val="18"/>
              </w:rPr>
              <w:t>PowerPoint</w:t>
            </w:r>
            <w:r w:rsidRPr="002A785D">
              <w:rPr>
                <w:rFonts w:asciiTheme="minorEastAsia" w:eastAsiaTheme="minorEastAsia" w:hAnsiTheme="minorEastAsia" w:cs="ＭＳ 明朝" w:hint="eastAsia"/>
                <w:sz w:val="18"/>
              </w:rPr>
              <w:t>または</w:t>
            </w:r>
            <w:r w:rsidRPr="002A785D">
              <w:rPr>
                <w:rFonts w:asciiTheme="minorEastAsia" w:eastAsiaTheme="minorEastAsia" w:hAnsiTheme="minorEastAsia"/>
                <w:sz w:val="18"/>
              </w:rPr>
              <w:t>PDF</w:t>
            </w:r>
            <w:r w:rsidRPr="002A785D">
              <w:rPr>
                <w:rFonts w:asciiTheme="minorEastAsia" w:eastAsiaTheme="minorEastAsia" w:hAnsiTheme="minorEastAsia" w:cs="ＭＳ 明朝" w:hint="eastAsia"/>
                <w:sz w:val="18"/>
              </w:rPr>
              <w:t>等の電子データ</w:t>
            </w:r>
            <w:proofErr w:type="spellEnd"/>
            <w:r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と</w:t>
            </w:r>
            <w:proofErr w:type="spellStart"/>
            <w:r w:rsidRPr="002A785D">
              <w:rPr>
                <w:rFonts w:asciiTheme="minorEastAsia" w:eastAsiaTheme="minorEastAsia" w:hAnsiTheme="minorEastAsia" w:cs="ＭＳ 明朝" w:hint="eastAsia"/>
                <w:sz w:val="18"/>
              </w:rPr>
              <w:t>します</w:t>
            </w:r>
            <w:proofErr w:type="spellEnd"/>
            <w:r w:rsidRPr="002A785D">
              <w:rPr>
                <w:rFonts w:asciiTheme="minorEastAsia" w:eastAsiaTheme="minorEastAsia" w:hAnsiTheme="minorEastAsia" w:cs="ＭＳ 明朝" w:hint="eastAsia"/>
                <w:sz w:val="18"/>
              </w:rPr>
              <w:t>。</w:t>
            </w:r>
          </w:p>
        </w:tc>
      </w:tr>
      <w:tr w:rsidR="00E7528C" w14:paraId="1906CD66" w14:textId="77777777" w:rsidTr="006576C1">
        <w:trPr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75628C" w14:textId="77777777" w:rsidR="00E7528C" w:rsidRDefault="00E7528C" w:rsidP="006576C1">
            <w:pPr>
              <w:spacing w:after="0" w:line="264" w:lineRule="auto"/>
            </w:pPr>
            <w:proofErr w:type="spellStart"/>
            <w:r>
              <w:rPr>
                <w:rFonts w:ascii="ＭＳ 明朝" w:eastAsia="ＭＳ 明朝" w:hAnsi="ＭＳ 明朝" w:cs="ＭＳ 明朝" w:hint="eastAsia"/>
                <w:sz w:val="18"/>
              </w:rPr>
              <w:t>提出期限</w:t>
            </w:r>
            <w:proofErr w:type="spellEnd"/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5E0075" w14:textId="7F56CF3A" w:rsidR="0021135D" w:rsidRPr="0056554C" w:rsidRDefault="0021135D" w:rsidP="006576C1">
            <w:pPr>
              <w:spacing w:after="0" w:line="264" w:lineRule="auto"/>
              <w:rPr>
                <w:rFonts w:asciiTheme="majorEastAsia" w:eastAsiaTheme="majorEastAsia" w:hAnsiTheme="majorEastAsia" w:cs="ＭＳ 明朝"/>
                <w:b/>
                <w:bCs/>
                <w:sz w:val="18"/>
                <w:lang w:eastAsia="zh-TW"/>
              </w:rPr>
            </w:pPr>
            <w:r w:rsidRPr="0056554C">
              <w:rPr>
                <w:rFonts w:asciiTheme="majorEastAsia" w:eastAsiaTheme="majorEastAsia" w:hAnsiTheme="majorEastAsia" w:cs="ＭＳ 明朝" w:hint="eastAsia"/>
                <w:b/>
                <w:bCs/>
                <w:sz w:val="18"/>
                <w:lang w:eastAsia="zh-TW"/>
              </w:rPr>
              <w:t>【参加申請】</w:t>
            </w:r>
          </w:p>
          <w:p w14:paraId="12FADDFE" w14:textId="61D33458" w:rsidR="0021135D" w:rsidRDefault="0021135D" w:rsidP="006576C1">
            <w:pPr>
              <w:spacing w:after="0" w:line="264" w:lineRule="auto"/>
              <w:rPr>
                <w:rFonts w:ascii="ＭＳ 明朝" w:eastAsia="ＭＳ 明朝" w:hAnsi="ＭＳ 明朝" w:cs="ＭＳ 明朝"/>
                <w:sz w:val="18"/>
                <w:lang w:eastAsia="zh-TW"/>
              </w:rPr>
            </w:pPr>
            <w:r>
              <w:rPr>
                <w:rFonts w:ascii="ＭＳ 明朝" w:eastAsia="ＭＳ 明朝" w:hAnsi="ＭＳ 明朝" w:cs="ＭＳ 明朝" w:hint="eastAsia"/>
                <w:sz w:val="18"/>
                <w:lang w:eastAsia="zh-TW"/>
              </w:rPr>
              <w:t>令和８年11月２日（月曜日）</w:t>
            </w:r>
          </w:p>
          <w:p w14:paraId="352CEBF3" w14:textId="2A67BB9E" w:rsidR="0021135D" w:rsidRPr="0056554C" w:rsidRDefault="0021135D" w:rsidP="006576C1">
            <w:pPr>
              <w:spacing w:after="0" w:line="264" w:lineRule="auto"/>
              <w:rPr>
                <w:rFonts w:asciiTheme="majorEastAsia" w:eastAsiaTheme="majorEastAsia" w:hAnsiTheme="majorEastAsia" w:cs="ＭＳ 明朝"/>
                <w:b/>
                <w:bCs/>
                <w:sz w:val="18"/>
                <w:lang w:eastAsia="ja-JP"/>
              </w:rPr>
            </w:pPr>
            <w:r w:rsidRPr="0056554C">
              <w:rPr>
                <w:rFonts w:asciiTheme="majorEastAsia" w:eastAsiaTheme="majorEastAsia" w:hAnsiTheme="majorEastAsia" w:cs="ＭＳ 明朝" w:hint="eastAsia"/>
                <w:b/>
                <w:bCs/>
                <w:sz w:val="18"/>
                <w:lang w:eastAsia="ja-JP"/>
              </w:rPr>
              <w:t>【回答】</w:t>
            </w:r>
          </w:p>
          <w:p w14:paraId="37B44BDA" w14:textId="1E7333BD" w:rsidR="00E7528C" w:rsidRDefault="004E62BC" w:rsidP="006576C1">
            <w:pPr>
              <w:spacing w:after="0" w:line="264" w:lineRule="auto"/>
              <w:rPr>
                <w:rFonts w:ascii="ＭＳ 明朝" w:eastAsia="ＭＳ 明朝" w:hAnsi="ＭＳ 明朝" w:cs="ＭＳ 明朝"/>
                <w:sz w:val="18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sz w:val="18"/>
                <w:lang w:eastAsia="ja-JP"/>
              </w:rPr>
              <w:t>令和８年</w:t>
            </w:r>
            <w:r w:rsidR="00E7528C" w:rsidRPr="002A785D">
              <w:rPr>
                <w:rFonts w:asciiTheme="minorEastAsia" w:eastAsiaTheme="minorEastAsia" w:hAnsiTheme="minorEastAsia" w:cs="ＭＳ 明朝" w:hint="eastAsia"/>
                <w:sz w:val="18"/>
              </w:rPr>
              <w:t>年</w:t>
            </w:r>
            <w:r>
              <w:rPr>
                <w:rFonts w:asciiTheme="minorEastAsia" w:eastAsiaTheme="minorEastAsia" w:hAnsiTheme="minorEastAsia" w:hint="eastAsia"/>
                <w:sz w:val="18"/>
                <w:lang w:eastAsia="ja-JP"/>
              </w:rPr>
              <w:t>12</w:t>
            </w:r>
            <w:r w:rsidR="00E7528C" w:rsidRPr="002A785D">
              <w:rPr>
                <w:rFonts w:asciiTheme="minorEastAsia" w:eastAsiaTheme="minorEastAsia" w:hAnsiTheme="minorEastAsia" w:cs="ＭＳ 明朝" w:hint="eastAsia"/>
                <w:sz w:val="18"/>
              </w:rPr>
              <w:t>月</w:t>
            </w:r>
            <w:r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４</w:t>
            </w:r>
            <w:r w:rsidR="00E7528C" w:rsidRPr="002A785D">
              <w:rPr>
                <w:rFonts w:asciiTheme="minorEastAsia" w:eastAsiaTheme="minorEastAsia" w:hAnsiTheme="minorEastAsia" w:cs="ＭＳ 明朝" w:hint="eastAsia"/>
                <w:sz w:val="18"/>
              </w:rPr>
              <w:t>日（</w:t>
            </w:r>
            <w:r>
              <w:rPr>
                <w:rFonts w:ascii="ＭＳ 明朝" w:eastAsia="ＭＳ 明朝" w:hAnsi="ＭＳ 明朝" w:cs="ＭＳ 明朝" w:hint="eastAsia"/>
                <w:sz w:val="18"/>
                <w:lang w:eastAsia="ja-JP"/>
              </w:rPr>
              <w:t>金曜日</w:t>
            </w:r>
            <w:r w:rsidR="00E7528C">
              <w:rPr>
                <w:rFonts w:ascii="ＭＳ 明朝" w:eastAsia="ＭＳ 明朝" w:hAnsi="ＭＳ 明朝" w:cs="ＭＳ 明朝" w:hint="eastAsia"/>
                <w:sz w:val="18"/>
              </w:rPr>
              <w:t>）</w:t>
            </w:r>
          </w:p>
          <w:p w14:paraId="48525154" w14:textId="4DC128F0" w:rsidR="00E547EF" w:rsidRDefault="00E547EF" w:rsidP="00E547EF">
            <w:pPr>
              <w:spacing w:after="0" w:line="264" w:lineRule="auto"/>
              <w:rPr>
                <w:lang w:eastAsia="ja-JP"/>
              </w:rPr>
            </w:pPr>
            <w:r w:rsidRPr="00E547EF">
              <w:rPr>
                <w:rFonts w:ascii="ＭＳ 明朝" w:eastAsia="ＭＳ 明朝" w:hAnsi="ＭＳ 明朝" w:cs="ＭＳ 明朝"/>
                <w:sz w:val="18"/>
                <w:lang w:eastAsia="ja-JP"/>
              </w:rPr>
              <w:t>※提出が遅れる場合は、提出先担当者まで相談</w:t>
            </w:r>
            <w:r w:rsidR="002934DD">
              <w:rPr>
                <w:rFonts w:ascii="ＭＳ 明朝" w:eastAsia="ＭＳ 明朝" w:hAnsi="ＭＳ 明朝" w:cs="ＭＳ 明朝" w:hint="eastAsia"/>
                <w:sz w:val="18"/>
                <w:lang w:eastAsia="ja-JP"/>
              </w:rPr>
              <w:t>して</w:t>
            </w:r>
            <w:r w:rsidRPr="00E547EF">
              <w:rPr>
                <w:rFonts w:ascii="ＭＳ 明朝" w:eastAsia="ＭＳ 明朝" w:hAnsi="ＭＳ 明朝" w:cs="ＭＳ 明朝"/>
                <w:sz w:val="18"/>
                <w:lang w:eastAsia="ja-JP"/>
              </w:rPr>
              <w:t>ください。</w:t>
            </w:r>
          </w:p>
        </w:tc>
      </w:tr>
      <w:tr w:rsidR="00E7528C" w14:paraId="27C0EB31" w14:textId="77777777" w:rsidTr="006576C1">
        <w:trPr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027947" w14:textId="77777777" w:rsidR="00E7528C" w:rsidRDefault="00E7528C" w:rsidP="006576C1">
            <w:pPr>
              <w:spacing w:after="0" w:line="264" w:lineRule="auto"/>
            </w:pPr>
            <w:proofErr w:type="spellStart"/>
            <w:r>
              <w:rPr>
                <w:rFonts w:ascii="ＭＳ 明朝" w:eastAsia="ＭＳ 明朝" w:hAnsi="ＭＳ 明朝" w:cs="ＭＳ 明朝" w:hint="eastAsia"/>
                <w:sz w:val="18"/>
              </w:rPr>
              <w:t>提出先</w:t>
            </w:r>
            <w:proofErr w:type="spellEnd"/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3FFF17" w14:textId="7E14E0B6" w:rsidR="004733EC" w:rsidRDefault="00F20EB1" w:rsidP="006576C1">
            <w:pPr>
              <w:spacing w:after="0" w:line="264" w:lineRule="auto"/>
              <w:rPr>
                <w:rFonts w:ascii="ＭＳ 明朝" w:eastAsia="ＭＳ 明朝" w:hAnsi="ＭＳ 明朝" w:cs="ＭＳ 明朝"/>
                <w:sz w:val="18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sz w:val="18"/>
                <w:lang w:eastAsia="ja-JP"/>
              </w:rPr>
              <w:t>大阪市中央卸売市場</w:t>
            </w:r>
            <w:r w:rsidR="004E62BC">
              <w:rPr>
                <w:rFonts w:ascii="ＭＳ 明朝" w:eastAsia="ＭＳ 明朝" w:hAnsi="ＭＳ 明朝" w:cs="ＭＳ 明朝" w:hint="eastAsia"/>
                <w:sz w:val="18"/>
                <w:lang w:eastAsia="ja-JP"/>
              </w:rPr>
              <w:t>総務課</w:t>
            </w:r>
            <w:r w:rsidR="004733EC">
              <w:rPr>
                <w:rFonts w:ascii="ＭＳ 明朝" w:eastAsia="ＭＳ 明朝" w:hAnsi="ＭＳ 明朝" w:cs="ＭＳ 明朝" w:hint="eastAsia"/>
                <w:sz w:val="18"/>
                <w:lang w:eastAsia="ja-JP"/>
              </w:rPr>
              <w:t>（担当：</w:t>
            </w:r>
            <w:r w:rsidR="004E62BC">
              <w:rPr>
                <w:rFonts w:ascii="ＭＳ 明朝" w:eastAsia="ＭＳ 明朝" w:hAnsi="ＭＳ 明朝" w:cs="ＭＳ 明朝" w:hint="eastAsia"/>
                <w:sz w:val="18"/>
                <w:lang w:eastAsia="ja-JP"/>
              </w:rPr>
              <w:t>川村・伊藤</w:t>
            </w:r>
            <w:r w:rsidR="004733EC">
              <w:rPr>
                <w:rFonts w:ascii="ＭＳ 明朝" w:eastAsia="ＭＳ 明朝" w:hAnsi="ＭＳ 明朝" w:cs="ＭＳ 明朝" w:hint="eastAsia"/>
                <w:sz w:val="18"/>
                <w:lang w:eastAsia="ja-JP"/>
              </w:rPr>
              <w:t>）</w:t>
            </w:r>
          </w:p>
          <w:p w14:paraId="7DBF192F" w14:textId="7F3B56A3" w:rsidR="00E7528C" w:rsidRDefault="00E547EF" w:rsidP="006576C1">
            <w:pPr>
              <w:spacing w:after="0" w:line="264" w:lineRule="auto"/>
              <w:rPr>
                <w:rFonts w:ascii="ＭＳ 明朝" w:eastAsia="ＭＳ 明朝" w:hAnsi="ＭＳ 明朝" w:cs="ＭＳ 明朝"/>
                <w:sz w:val="18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sz w:val="18"/>
                <w:lang w:eastAsia="ja-JP"/>
              </w:rPr>
              <w:t>宛先</w:t>
            </w:r>
            <w:r w:rsidR="004733EC">
              <w:rPr>
                <w:rFonts w:ascii="ＭＳ 明朝" w:eastAsia="ＭＳ 明朝" w:hAnsi="ＭＳ 明朝" w:cs="ＭＳ 明朝" w:hint="eastAsia"/>
                <w:sz w:val="18"/>
                <w:lang w:eastAsia="ja-JP"/>
              </w:rPr>
              <w:t>：</w:t>
            </w:r>
            <w:hyperlink r:id="rId7" w:history="1">
              <w:r w:rsidRPr="002A4DE3">
                <w:rPr>
                  <w:rStyle w:val="aff"/>
                  <w:rFonts w:ascii="ＭＳ 明朝" w:eastAsia="ＭＳ 明朝" w:hAnsi="ＭＳ 明朝" w:cs="ＭＳ 明朝"/>
                  <w:sz w:val="18"/>
                  <w:lang w:eastAsia="ja-JP"/>
                </w:rPr>
                <w:t>gd0001@city.osaka.lg.jp</w:t>
              </w:r>
            </w:hyperlink>
          </w:p>
          <w:p w14:paraId="47DA034E" w14:textId="77777777" w:rsidR="00B03455" w:rsidRDefault="00B03455" w:rsidP="006576C1">
            <w:pPr>
              <w:spacing w:after="0" w:line="264" w:lineRule="auto"/>
              <w:rPr>
                <w:rFonts w:ascii="ＭＳ ゴシック" w:eastAsia="ＭＳ ゴシック" w:hAnsi="ＭＳ ゴシック" w:cs="ＭＳ 明朝"/>
                <w:b/>
                <w:bCs/>
                <w:sz w:val="18"/>
                <w:lang w:eastAsia="ja-JP"/>
              </w:rPr>
            </w:pPr>
          </w:p>
          <w:p w14:paraId="3A898FBC" w14:textId="1CF3964F" w:rsidR="0021135D" w:rsidRPr="0056554C" w:rsidRDefault="0021135D" w:rsidP="006576C1">
            <w:pPr>
              <w:spacing w:after="0" w:line="264" w:lineRule="auto"/>
              <w:rPr>
                <w:rFonts w:ascii="ＭＳ ゴシック" w:eastAsia="ＭＳ ゴシック" w:hAnsi="ＭＳ ゴシック" w:cs="ＭＳ 明朝"/>
                <w:b/>
                <w:bCs/>
                <w:sz w:val="18"/>
                <w:lang w:eastAsia="ja-JP"/>
              </w:rPr>
            </w:pPr>
            <w:r w:rsidRPr="0056554C">
              <w:rPr>
                <w:rFonts w:ascii="ＭＳ ゴシック" w:eastAsia="ＭＳ ゴシック" w:hAnsi="ＭＳ ゴシック" w:cs="ＭＳ 明朝" w:hint="eastAsia"/>
                <w:b/>
                <w:bCs/>
                <w:sz w:val="18"/>
                <w:lang w:eastAsia="ja-JP"/>
              </w:rPr>
              <w:t>【参加申請】</w:t>
            </w:r>
          </w:p>
          <w:p w14:paraId="00A4F356" w14:textId="65FE8BD7" w:rsidR="0021135D" w:rsidRDefault="0021135D" w:rsidP="006576C1">
            <w:pPr>
              <w:spacing w:after="0" w:line="264" w:lineRule="auto"/>
              <w:rPr>
                <w:rFonts w:ascii="ＭＳ 明朝" w:eastAsia="ＭＳ 明朝" w:hAnsi="ＭＳ 明朝" w:cs="ＭＳ 明朝"/>
                <w:sz w:val="18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sz w:val="18"/>
                <w:lang w:eastAsia="ja-JP"/>
              </w:rPr>
              <w:t>件名：</w:t>
            </w:r>
            <w:r w:rsidRPr="0065444B">
              <w:rPr>
                <w:rFonts w:ascii="ＭＳ 明朝" w:eastAsia="ＭＳ 明朝" w:hAnsi="ＭＳ 明朝" w:cs="ＭＳ 明朝"/>
                <w:sz w:val="18"/>
                <w:lang w:eastAsia="ja-JP"/>
              </w:rPr>
              <w:t>【RFI</w:t>
            </w:r>
            <w:r>
              <w:rPr>
                <w:rFonts w:ascii="ＭＳ 明朝" w:eastAsia="ＭＳ 明朝" w:hAnsi="ＭＳ 明朝" w:cs="ＭＳ 明朝" w:hint="eastAsia"/>
                <w:sz w:val="18"/>
                <w:lang w:eastAsia="ja-JP"/>
              </w:rPr>
              <w:t>参加申請</w:t>
            </w:r>
            <w:r w:rsidRPr="0065444B">
              <w:rPr>
                <w:rFonts w:ascii="ＭＳ 明朝" w:eastAsia="ＭＳ 明朝" w:hAnsi="ＭＳ 明朝" w:cs="ＭＳ 明朝"/>
                <w:sz w:val="18"/>
                <w:lang w:eastAsia="ja-JP"/>
              </w:rPr>
              <w:t>】大阪市中央卸売市場施設管理システム再構築に係る情報提供依頼（貴社名）</w:t>
            </w:r>
          </w:p>
          <w:p w14:paraId="1D44D6FA" w14:textId="70436EF6" w:rsidR="0021135D" w:rsidRPr="0021135D" w:rsidRDefault="00E22A85" w:rsidP="006576C1">
            <w:pPr>
              <w:spacing w:after="0" w:line="264" w:lineRule="auto"/>
              <w:rPr>
                <w:rFonts w:ascii="ＭＳ 明朝" w:eastAsia="ＭＳ 明朝" w:hAnsi="ＭＳ 明朝" w:cs="ＭＳ 明朝"/>
                <w:sz w:val="18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  <w:lang w:eastAsia="ja-JP"/>
              </w:rPr>
              <w:t>※</w:t>
            </w:r>
            <w:r w:rsidRPr="00D62D0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  <w:lang w:eastAsia="ja-JP"/>
              </w:rPr>
              <w:t>本文に担当者名、担当者連絡先等を記載し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  <w:lang w:eastAsia="ja-JP"/>
              </w:rPr>
              <w:t>てください。</w:t>
            </w:r>
          </w:p>
          <w:p w14:paraId="245058FD" w14:textId="13D18B22" w:rsidR="00E22A85" w:rsidRPr="0056554C" w:rsidRDefault="00E22A85" w:rsidP="006576C1">
            <w:pPr>
              <w:spacing w:after="0" w:line="264" w:lineRule="auto"/>
              <w:rPr>
                <w:rFonts w:ascii="ＭＳ ゴシック" w:eastAsia="ＭＳ ゴシック" w:hAnsi="ＭＳ ゴシック" w:cs="ＭＳ 明朝"/>
                <w:b/>
                <w:bCs/>
                <w:sz w:val="18"/>
                <w:lang w:eastAsia="ja-JP"/>
              </w:rPr>
            </w:pPr>
            <w:r w:rsidRPr="0056554C">
              <w:rPr>
                <w:rFonts w:ascii="ＭＳ ゴシック" w:eastAsia="ＭＳ ゴシック" w:hAnsi="ＭＳ ゴシック" w:cs="ＭＳ 明朝" w:hint="eastAsia"/>
                <w:b/>
                <w:bCs/>
                <w:sz w:val="18"/>
                <w:lang w:eastAsia="ja-JP"/>
              </w:rPr>
              <w:t>【回答】</w:t>
            </w:r>
          </w:p>
          <w:p w14:paraId="4D65162D" w14:textId="39B2BF7A" w:rsidR="00E547EF" w:rsidRDefault="00E547EF" w:rsidP="006576C1">
            <w:pPr>
              <w:spacing w:after="0" w:line="264" w:lineRule="auto"/>
              <w:rPr>
                <w:rFonts w:ascii="ＭＳ 明朝" w:eastAsia="ＭＳ 明朝" w:hAnsi="ＭＳ 明朝" w:cs="ＭＳ 明朝"/>
                <w:sz w:val="18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sz w:val="18"/>
                <w:lang w:eastAsia="ja-JP"/>
              </w:rPr>
              <w:t>件名：</w:t>
            </w:r>
            <w:r w:rsidR="004E2586" w:rsidRPr="0065444B">
              <w:rPr>
                <w:rFonts w:ascii="ＭＳ 明朝" w:eastAsia="ＭＳ 明朝" w:hAnsi="ＭＳ 明朝" w:cs="ＭＳ 明朝"/>
                <w:sz w:val="18"/>
                <w:lang w:eastAsia="ja-JP"/>
              </w:rPr>
              <w:t>【RFI回答】大阪市中央卸売市場施設管理システム再構築に係る情報提供依頼（貴社名）</w:t>
            </w:r>
          </w:p>
          <w:p w14:paraId="3AF36D9D" w14:textId="2B1ADF0D" w:rsidR="002934DD" w:rsidRDefault="002934DD" w:rsidP="002934DD">
            <w:pPr>
              <w:spacing w:after="0" w:line="264" w:lineRule="auto"/>
              <w:rPr>
                <w:lang w:eastAsia="ja-JP"/>
              </w:rPr>
            </w:pPr>
            <w:r w:rsidRPr="00E547EF">
              <w:rPr>
                <w:rFonts w:ascii="ＭＳ 明朝" w:eastAsia="ＭＳ 明朝" w:hAnsi="ＭＳ 明朝" w:cs="ＭＳ 明朝"/>
                <w:sz w:val="18"/>
                <w:lang w:eastAsia="ja-JP"/>
              </w:rPr>
              <w:t>※</w:t>
            </w:r>
            <w:r w:rsidRPr="002934DD">
              <w:rPr>
                <w:rFonts w:ascii="ＭＳ 明朝" w:eastAsia="ＭＳ 明朝" w:hAnsi="ＭＳ 明朝" w:cs="ＭＳ 明朝"/>
                <w:sz w:val="18"/>
                <w:lang w:eastAsia="ja-JP"/>
              </w:rPr>
              <w:t>送付いただく資料の合計容量が大きい場合（10MB以上）は、事前に</w:t>
            </w:r>
            <w:r>
              <w:rPr>
                <w:rFonts w:ascii="ＭＳ 明朝" w:eastAsia="ＭＳ 明朝" w:hAnsi="ＭＳ 明朝" w:cs="ＭＳ 明朝" w:hint="eastAsia"/>
                <w:sz w:val="18"/>
                <w:lang w:eastAsia="ja-JP"/>
              </w:rPr>
              <w:t>提出先</w:t>
            </w:r>
            <w:r w:rsidRPr="002934DD">
              <w:rPr>
                <w:rFonts w:ascii="ＭＳ 明朝" w:eastAsia="ＭＳ 明朝" w:hAnsi="ＭＳ 明朝" w:cs="ＭＳ 明朝"/>
                <w:sz w:val="18"/>
                <w:lang w:eastAsia="ja-JP"/>
              </w:rPr>
              <w:t>担当者まで相談</w:t>
            </w:r>
            <w:r>
              <w:rPr>
                <w:rFonts w:ascii="ＭＳ 明朝" w:eastAsia="ＭＳ 明朝" w:hAnsi="ＭＳ 明朝" w:cs="ＭＳ 明朝" w:hint="eastAsia"/>
                <w:sz w:val="18"/>
                <w:lang w:eastAsia="ja-JP"/>
              </w:rPr>
              <w:t>して</w:t>
            </w:r>
            <w:r w:rsidRPr="002934DD">
              <w:rPr>
                <w:rFonts w:ascii="ＭＳ 明朝" w:eastAsia="ＭＳ 明朝" w:hAnsi="ＭＳ 明朝" w:cs="ＭＳ 明朝"/>
                <w:sz w:val="18"/>
                <w:lang w:eastAsia="ja-JP"/>
              </w:rPr>
              <w:t>ください。</w:t>
            </w:r>
          </w:p>
        </w:tc>
      </w:tr>
      <w:tr w:rsidR="00E7528C" w14:paraId="6E2E50D8" w14:textId="77777777" w:rsidTr="006576C1">
        <w:trPr>
          <w:cantSplit/>
          <w:jc w:val="center"/>
        </w:trPr>
        <w:tc>
          <w:tcPr>
            <w:tcW w:w="2268" w:type="dxa"/>
            <w:tcBorders>
              <w:bottom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448A40" w14:textId="77777777" w:rsidR="00E7528C" w:rsidRPr="002A785D" w:rsidRDefault="00E7528C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 w:cs="ＭＳ 明朝" w:hint="eastAsia"/>
                <w:sz w:val="18"/>
              </w:rPr>
              <w:t>費用</w:t>
            </w:r>
            <w:proofErr w:type="spellEnd"/>
          </w:p>
        </w:tc>
        <w:tc>
          <w:tcPr>
            <w:tcW w:w="7087" w:type="dxa"/>
            <w:tcBorders>
              <w:bottom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788FB8" w14:textId="77777777" w:rsidR="00E7528C" w:rsidRPr="002A785D" w:rsidRDefault="00E7528C" w:rsidP="006576C1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本</w:t>
            </w:r>
            <w:r w:rsidRPr="002A785D">
              <w:rPr>
                <w:rFonts w:asciiTheme="minorEastAsia" w:eastAsiaTheme="minorEastAsia" w:hAnsiTheme="minorEastAsia"/>
                <w:sz w:val="18"/>
                <w:lang w:eastAsia="ja-JP"/>
              </w:rPr>
              <w:t>RFI</w:t>
            </w:r>
            <w:r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への回答に要する費用は回答者の負担とします。</w:t>
            </w:r>
          </w:p>
        </w:tc>
      </w:tr>
      <w:tr w:rsidR="00E7528C" w14:paraId="3C0CC9E0" w14:textId="77777777" w:rsidTr="006576C1">
        <w:trPr>
          <w:cantSplit/>
          <w:jc w:val="center"/>
        </w:trPr>
        <w:tc>
          <w:tcPr>
            <w:tcW w:w="2268" w:type="dxa"/>
            <w:tcBorders>
              <w:bottom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E067DB" w14:textId="77777777" w:rsidR="00E7528C" w:rsidRPr="002A785D" w:rsidRDefault="00E7528C" w:rsidP="006576C1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 w:cs="ＭＳ 明朝" w:hint="eastAsia"/>
                <w:sz w:val="18"/>
              </w:rPr>
              <w:t>取扱い</w:t>
            </w:r>
            <w:proofErr w:type="spellEnd"/>
          </w:p>
        </w:tc>
        <w:tc>
          <w:tcPr>
            <w:tcW w:w="7087" w:type="dxa"/>
            <w:tcBorders>
              <w:bottom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FCF9ED" w14:textId="19687294" w:rsidR="00E7528C" w:rsidRPr="002A785D" w:rsidRDefault="00E7528C" w:rsidP="006576C1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本</w:t>
            </w:r>
            <w:r w:rsidRPr="002A785D">
              <w:rPr>
                <w:rFonts w:asciiTheme="minorEastAsia" w:eastAsiaTheme="minorEastAsia" w:hAnsiTheme="minorEastAsia"/>
                <w:sz w:val="18"/>
                <w:lang w:eastAsia="ja-JP"/>
              </w:rPr>
              <w:t>RFI</w:t>
            </w:r>
            <w:r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により取得した情報は、次期システムの要件・調達条件・予定価格等の検討に利用します。</w:t>
            </w:r>
          </w:p>
        </w:tc>
      </w:tr>
    </w:tbl>
    <w:p w14:paraId="385521A0" w14:textId="77777777" w:rsidR="00E22A85" w:rsidRDefault="00E22A85" w:rsidP="00E7528C">
      <w:pPr>
        <w:pStyle w:val="H1RFI"/>
        <w:rPr>
          <w:rFonts w:asciiTheme="minorEastAsia" w:eastAsiaTheme="minorEastAsia" w:hAnsiTheme="minorEastAsia"/>
          <w:color w:val="000000" w:themeColor="text1"/>
          <w:lang w:eastAsia="ja-JP"/>
        </w:rPr>
      </w:pPr>
    </w:p>
    <w:p w14:paraId="20C81489" w14:textId="77777777" w:rsidR="00E22A85" w:rsidRDefault="00E22A85">
      <w:pPr>
        <w:spacing w:after="200" w:line="276" w:lineRule="auto"/>
        <w:rPr>
          <w:rFonts w:asciiTheme="minorEastAsia" w:eastAsiaTheme="minorEastAsia" w:hAnsiTheme="minorEastAsia"/>
          <w:b/>
          <w:color w:val="000000" w:themeColor="text1"/>
          <w:sz w:val="30"/>
          <w:lang w:eastAsia="ja-JP"/>
        </w:rPr>
      </w:pPr>
      <w:r>
        <w:rPr>
          <w:rFonts w:asciiTheme="minorEastAsia" w:eastAsiaTheme="minorEastAsia" w:hAnsiTheme="minorEastAsia"/>
          <w:color w:val="000000" w:themeColor="text1"/>
          <w:lang w:eastAsia="ja-JP"/>
        </w:rPr>
        <w:br w:type="page"/>
      </w:r>
    </w:p>
    <w:p w14:paraId="41B310AD" w14:textId="34F7C833" w:rsidR="00E7528C" w:rsidRPr="002A785D" w:rsidRDefault="0035276D" w:rsidP="00E7528C">
      <w:pPr>
        <w:pStyle w:val="H1RFI"/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2A785D">
        <w:rPr>
          <w:rFonts w:asciiTheme="minorEastAsia" w:eastAsiaTheme="minorEastAsia" w:hAnsiTheme="minorEastAsia" w:hint="eastAsia"/>
          <w:color w:val="000000" w:themeColor="text1"/>
          <w:lang w:eastAsia="ja-JP"/>
        </w:rPr>
        <w:lastRenderedPageBreak/>
        <w:t>8</w:t>
      </w:r>
      <w:r w:rsidR="00E7528C" w:rsidRPr="002A785D">
        <w:rPr>
          <w:rFonts w:asciiTheme="minorEastAsia" w:eastAsiaTheme="minorEastAsia" w:hAnsiTheme="minorEastAsia"/>
          <w:color w:val="000000" w:themeColor="text1"/>
          <w:lang w:eastAsia="ja-JP"/>
        </w:rPr>
        <w:t xml:space="preserve">. </w:t>
      </w:r>
      <w:r w:rsidR="00E7528C" w:rsidRPr="002A785D">
        <w:rPr>
          <w:rFonts w:asciiTheme="minorEastAsia" w:eastAsiaTheme="minorEastAsia" w:hAnsiTheme="minorEastAsia" w:hint="eastAsia"/>
          <w:color w:val="000000" w:themeColor="text1"/>
          <w:lang w:eastAsia="ja-JP"/>
        </w:rPr>
        <w:t>情報提供にかかる質問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7087"/>
      </w:tblGrid>
      <w:tr w:rsidR="00B03455" w14:paraId="10166B57" w14:textId="77777777" w:rsidTr="00DF3A8C">
        <w:trPr>
          <w:cantSplit/>
          <w:tblHeader/>
          <w:jc w:val="center"/>
        </w:trPr>
        <w:tc>
          <w:tcPr>
            <w:tcW w:w="2268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07CA36" w14:textId="77777777" w:rsidR="00B03455" w:rsidRDefault="00B03455" w:rsidP="00DF3A8C">
            <w:pPr>
              <w:spacing w:after="0" w:line="264" w:lineRule="auto"/>
              <w:jc w:val="center"/>
            </w:pPr>
            <w:proofErr w:type="spellStart"/>
            <w:r>
              <w:rPr>
                <w:rFonts w:ascii="ＭＳ 明朝" w:eastAsia="ＭＳ 明朝" w:hAnsi="ＭＳ 明朝" w:cs="ＭＳ 明朝" w:hint="eastAsia"/>
                <w:b/>
                <w:color w:val="FFFFFF"/>
                <w:sz w:val="18"/>
              </w:rPr>
              <w:t>項目</w:t>
            </w:r>
            <w:proofErr w:type="spellEnd"/>
          </w:p>
        </w:tc>
        <w:tc>
          <w:tcPr>
            <w:tcW w:w="7087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E53B07" w14:textId="77777777" w:rsidR="00B03455" w:rsidRDefault="00B03455" w:rsidP="00DF3A8C">
            <w:pPr>
              <w:spacing w:after="0" w:line="264" w:lineRule="auto"/>
              <w:jc w:val="center"/>
            </w:pPr>
            <w:proofErr w:type="spellStart"/>
            <w:r>
              <w:rPr>
                <w:rFonts w:ascii="ＭＳ 明朝" w:eastAsia="ＭＳ 明朝" w:hAnsi="ＭＳ 明朝" w:cs="ＭＳ 明朝" w:hint="eastAsia"/>
                <w:b/>
                <w:color w:val="FFFFFF"/>
                <w:sz w:val="18"/>
              </w:rPr>
              <w:t>内容</w:t>
            </w:r>
            <w:proofErr w:type="spellEnd"/>
          </w:p>
        </w:tc>
      </w:tr>
      <w:tr w:rsidR="00B03455" w14:paraId="360AEC13" w14:textId="77777777" w:rsidTr="00DF3A8C">
        <w:trPr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40F0D2" w14:textId="31E1B538" w:rsidR="00B03455" w:rsidRPr="0056554C" w:rsidRDefault="00B03455" w:rsidP="00DF3A8C">
            <w:pPr>
              <w:spacing w:after="0" w:line="264" w:lineRule="auto"/>
              <w:rPr>
                <w:sz w:val="18"/>
                <w:szCs w:val="18"/>
              </w:rPr>
            </w:pPr>
            <w:r w:rsidRPr="00A55E04">
              <w:rPr>
                <w:rFonts w:ascii="ＭＳ 明朝" w:eastAsia="ＭＳ 明朝" w:hAnsi="ＭＳ 明朝" w:cs="ＭＳ 明朝" w:hint="eastAsia"/>
                <w:sz w:val="18"/>
                <w:szCs w:val="18"/>
                <w:lang w:eastAsia="ja-JP"/>
              </w:rPr>
              <w:t>質問</w:t>
            </w:r>
            <w:proofErr w:type="spellStart"/>
            <w:r w:rsidRPr="00A55E04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様式</w:t>
            </w:r>
            <w:proofErr w:type="spellEnd"/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638C51" w14:textId="0344FE2E" w:rsidR="00B03455" w:rsidRPr="0056554C" w:rsidRDefault="00B03455" w:rsidP="00DF3A8C">
            <w:pPr>
              <w:spacing w:after="0" w:line="264" w:lineRule="auto"/>
              <w:rPr>
                <w:sz w:val="18"/>
                <w:szCs w:val="18"/>
                <w:lang w:eastAsia="ja-JP"/>
              </w:rPr>
            </w:pPr>
            <w:r w:rsidRPr="00A55E04">
              <w:rPr>
                <w:rFonts w:ascii="ＭＳ 明朝" w:eastAsia="ＭＳ 明朝" w:hAnsi="ＭＳ 明朝" w:cs="ＭＳ 明朝" w:hint="eastAsia"/>
                <w:sz w:val="18"/>
                <w:szCs w:val="18"/>
                <w:lang w:eastAsia="ja-JP"/>
              </w:rPr>
              <w:t>本書末尾の</w:t>
            </w:r>
            <w:r w:rsidRPr="0056554C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  <w:lang w:eastAsia="ja-JP"/>
              </w:rPr>
              <w:t>「様式１</w:t>
            </w:r>
            <w:r w:rsidRPr="0056554C"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  <w:lang w:eastAsia="ja-JP"/>
              </w:rPr>
              <w:t xml:space="preserve"> 質問票」に記載の上</w:t>
            </w:r>
            <w:r w:rsidRPr="0056554C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  <w:lang w:eastAsia="ja-JP"/>
              </w:rPr>
              <w:t>、提出してください。</w:t>
            </w:r>
          </w:p>
        </w:tc>
      </w:tr>
      <w:tr w:rsidR="00B03455" w14:paraId="26C1D139" w14:textId="77777777" w:rsidTr="00DF3A8C">
        <w:trPr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65D53D" w14:textId="77777777" w:rsidR="00B03455" w:rsidRPr="0056554C" w:rsidRDefault="00B03455" w:rsidP="00DF3A8C">
            <w:pPr>
              <w:spacing w:after="0" w:line="264" w:lineRule="auto"/>
              <w:rPr>
                <w:sz w:val="18"/>
                <w:szCs w:val="18"/>
              </w:rPr>
            </w:pPr>
            <w:proofErr w:type="spellStart"/>
            <w:r w:rsidRPr="00A55E04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提出期限</w:t>
            </w:r>
            <w:proofErr w:type="spellEnd"/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9211CD" w14:textId="40BBA072" w:rsidR="00B03455" w:rsidRPr="0056554C" w:rsidRDefault="00B03455" w:rsidP="00DF3A8C">
            <w:pPr>
              <w:spacing w:after="0" w:line="264" w:lineRule="auto"/>
              <w:rPr>
                <w:rFonts w:ascii="ＭＳ 明朝" w:eastAsia="ＭＳ 明朝" w:hAnsi="ＭＳ 明朝" w:cs="ＭＳ 明朝"/>
                <w:sz w:val="18"/>
                <w:szCs w:val="18"/>
                <w:lang w:eastAsia="zh-TW"/>
              </w:rPr>
            </w:pPr>
            <w:r w:rsidRPr="00A55E04">
              <w:rPr>
                <w:rFonts w:asciiTheme="minorEastAsia" w:eastAsiaTheme="minorEastAsia" w:hAnsiTheme="minorEastAsia" w:hint="eastAsia"/>
                <w:sz w:val="18"/>
                <w:szCs w:val="18"/>
                <w:lang w:eastAsia="zh-TW"/>
              </w:rPr>
              <w:t>令和８年</w:t>
            </w:r>
            <w:r w:rsidRPr="00A55E04">
              <w:rPr>
                <w:rFonts w:asciiTheme="minorEastAsia" w:eastAsiaTheme="minorEastAsia" w:hAnsiTheme="minorEastAsia" w:cs="ＭＳ 明朝" w:hint="eastAsia"/>
                <w:sz w:val="18"/>
                <w:szCs w:val="18"/>
                <w:lang w:eastAsia="zh-TW"/>
              </w:rPr>
              <w:t>年</w:t>
            </w:r>
            <w:r w:rsidRPr="00A55E04">
              <w:rPr>
                <w:rFonts w:asciiTheme="minorEastAsia" w:eastAsiaTheme="minorEastAsia" w:hAnsiTheme="minorEastAsia" w:hint="eastAsia"/>
                <w:sz w:val="18"/>
                <w:szCs w:val="18"/>
                <w:lang w:eastAsia="zh-TW"/>
              </w:rPr>
              <w:t>11</w:t>
            </w:r>
            <w:r w:rsidRPr="00A55E04">
              <w:rPr>
                <w:rFonts w:asciiTheme="minorEastAsia" w:eastAsiaTheme="minorEastAsia" w:hAnsiTheme="minorEastAsia" w:cs="ＭＳ 明朝" w:hint="eastAsia"/>
                <w:sz w:val="18"/>
                <w:szCs w:val="18"/>
                <w:lang w:eastAsia="zh-TW"/>
              </w:rPr>
              <w:t>月２日（</w:t>
            </w:r>
            <w:r w:rsidRPr="00A55E04">
              <w:rPr>
                <w:rFonts w:ascii="ＭＳ 明朝" w:eastAsia="ＭＳ 明朝" w:hAnsi="ＭＳ 明朝" w:cs="ＭＳ 明朝" w:hint="eastAsia"/>
                <w:sz w:val="18"/>
                <w:szCs w:val="18"/>
                <w:lang w:eastAsia="zh-TW"/>
              </w:rPr>
              <w:t>月曜日）午後5時30分</w:t>
            </w:r>
          </w:p>
        </w:tc>
      </w:tr>
      <w:tr w:rsidR="00B03455" w14:paraId="3FB0FF87" w14:textId="77777777" w:rsidTr="00DF3A8C">
        <w:trPr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8432D3" w14:textId="77777777" w:rsidR="00B03455" w:rsidRPr="0056554C" w:rsidRDefault="00B03455" w:rsidP="00DF3A8C">
            <w:pPr>
              <w:spacing w:after="0" w:line="264" w:lineRule="auto"/>
              <w:rPr>
                <w:sz w:val="18"/>
                <w:szCs w:val="18"/>
              </w:rPr>
            </w:pPr>
            <w:proofErr w:type="spellStart"/>
            <w:r w:rsidRPr="00A55E04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提出先</w:t>
            </w:r>
            <w:proofErr w:type="spellEnd"/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9EAE8F" w14:textId="77777777" w:rsidR="00B03455" w:rsidRPr="00A55E04" w:rsidRDefault="00B03455" w:rsidP="00DF3A8C">
            <w:pPr>
              <w:spacing w:after="0" w:line="264" w:lineRule="auto"/>
              <w:rPr>
                <w:rFonts w:ascii="ＭＳ 明朝" w:eastAsia="ＭＳ 明朝" w:hAnsi="ＭＳ 明朝" w:cs="ＭＳ 明朝"/>
                <w:sz w:val="18"/>
                <w:szCs w:val="18"/>
                <w:lang w:eastAsia="ja-JP"/>
              </w:rPr>
            </w:pPr>
            <w:r w:rsidRPr="00A55E04">
              <w:rPr>
                <w:rFonts w:ascii="ＭＳ 明朝" w:eastAsia="ＭＳ 明朝" w:hAnsi="ＭＳ 明朝" w:cs="ＭＳ 明朝" w:hint="eastAsia"/>
                <w:sz w:val="18"/>
                <w:szCs w:val="18"/>
                <w:lang w:eastAsia="ja-JP"/>
              </w:rPr>
              <w:t>大阪市中央卸売市場総務課（担当：川村・伊藤）</w:t>
            </w:r>
          </w:p>
          <w:p w14:paraId="789B589F" w14:textId="77777777" w:rsidR="00B03455" w:rsidRPr="00A55E04" w:rsidRDefault="00B03455" w:rsidP="00DF3A8C">
            <w:pPr>
              <w:spacing w:after="0" w:line="264" w:lineRule="auto"/>
              <w:rPr>
                <w:rFonts w:ascii="ＭＳ 明朝" w:eastAsia="ＭＳ 明朝" w:hAnsi="ＭＳ 明朝" w:cs="ＭＳ 明朝"/>
                <w:sz w:val="18"/>
                <w:szCs w:val="18"/>
                <w:lang w:eastAsia="ja-JP"/>
              </w:rPr>
            </w:pPr>
            <w:r w:rsidRPr="00A55E04">
              <w:rPr>
                <w:rFonts w:ascii="ＭＳ 明朝" w:eastAsia="ＭＳ 明朝" w:hAnsi="ＭＳ 明朝" w:cs="ＭＳ 明朝" w:hint="eastAsia"/>
                <w:sz w:val="18"/>
                <w:szCs w:val="18"/>
                <w:lang w:eastAsia="ja-JP"/>
              </w:rPr>
              <w:t>宛先：</w:t>
            </w:r>
            <w:hyperlink r:id="rId8" w:history="1">
              <w:r w:rsidRPr="00A55E04">
                <w:rPr>
                  <w:rStyle w:val="aff"/>
                  <w:rFonts w:ascii="ＭＳ 明朝" w:eastAsia="ＭＳ 明朝" w:hAnsi="ＭＳ 明朝" w:cs="ＭＳ 明朝"/>
                  <w:sz w:val="18"/>
                  <w:szCs w:val="18"/>
                  <w:lang w:eastAsia="ja-JP"/>
                </w:rPr>
                <w:t>gd0001@city.osaka.lg.jp</w:t>
              </w:r>
            </w:hyperlink>
          </w:p>
          <w:p w14:paraId="1423E265" w14:textId="4A376DAF" w:rsidR="00B03455" w:rsidRPr="0056554C" w:rsidRDefault="00B03455" w:rsidP="00DF3A8C">
            <w:pPr>
              <w:spacing w:after="0" w:line="264" w:lineRule="auto"/>
              <w:rPr>
                <w:rFonts w:ascii="ＭＳ 明朝" w:eastAsia="ＭＳ 明朝" w:hAnsi="ＭＳ 明朝" w:cs="ＭＳ 明朝"/>
                <w:sz w:val="18"/>
                <w:szCs w:val="18"/>
                <w:lang w:eastAsia="ja-JP"/>
              </w:rPr>
            </w:pPr>
            <w:r w:rsidRPr="00A55E04">
              <w:rPr>
                <w:rFonts w:ascii="ＭＳ 明朝" w:eastAsia="ＭＳ 明朝" w:hAnsi="ＭＳ 明朝" w:cs="ＭＳ 明朝" w:hint="eastAsia"/>
                <w:sz w:val="18"/>
                <w:szCs w:val="18"/>
                <w:lang w:eastAsia="ja-JP"/>
              </w:rPr>
              <w:t>件名：</w:t>
            </w:r>
            <w:r w:rsidRPr="00A55E04">
              <w:rPr>
                <w:rFonts w:ascii="ＭＳ 明朝" w:eastAsia="ＭＳ 明朝" w:hAnsi="ＭＳ 明朝" w:cs="ＭＳ 明朝"/>
                <w:sz w:val="18"/>
                <w:szCs w:val="18"/>
                <w:lang w:eastAsia="ja-JP"/>
              </w:rPr>
              <w:t>【RFI</w:t>
            </w:r>
            <w:r w:rsidRPr="00A55E04">
              <w:rPr>
                <w:rFonts w:ascii="ＭＳ 明朝" w:eastAsia="ＭＳ 明朝" w:hAnsi="ＭＳ 明朝" w:cs="ＭＳ 明朝" w:hint="eastAsia"/>
                <w:sz w:val="18"/>
                <w:szCs w:val="18"/>
                <w:lang w:eastAsia="ja-JP"/>
              </w:rPr>
              <w:t>質問</w:t>
            </w:r>
            <w:r w:rsidRPr="00A55E04">
              <w:rPr>
                <w:rFonts w:ascii="ＭＳ 明朝" w:eastAsia="ＭＳ 明朝" w:hAnsi="ＭＳ 明朝" w:cs="ＭＳ 明朝"/>
                <w:sz w:val="18"/>
                <w:szCs w:val="18"/>
                <w:lang w:eastAsia="ja-JP"/>
              </w:rPr>
              <w:t>】大阪市中央卸売市場施設管理システム再構築に係る情報提供依頼（貴社名）</w:t>
            </w:r>
          </w:p>
        </w:tc>
      </w:tr>
      <w:tr w:rsidR="00784754" w14:paraId="2FB78833" w14:textId="77777777" w:rsidTr="00DF3A8C">
        <w:trPr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CAA4F2" w14:textId="61B5A0C8" w:rsidR="00784754" w:rsidRPr="00A55E04" w:rsidRDefault="00784754" w:rsidP="00DF3A8C">
            <w:pPr>
              <w:spacing w:after="0" w:line="264" w:lineRule="auto"/>
              <w:rPr>
                <w:rFonts w:ascii="ＭＳ 明朝" w:eastAsia="ＭＳ 明朝" w:hAnsi="ＭＳ 明朝" w:cs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明朝" w:hint="eastAsia"/>
                <w:sz w:val="18"/>
                <w:szCs w:val="18"/>
                <w:lang w:eastAsia="ja-JP"/>
              </w:rPr>
              <w:t>質問回答</w:t>
            </w:r>
          </w:p>
        </w:tc>
        <w:tc>
          <w:tcPr>
            <w:tcW w:w="70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26B340" w14:textId="75176BD6" w:rsidR="00784754" w:rsidRPr="00A55E04" w:rsidRDefault="00784754" w:rsidP="00DF3A8C">
            <w:pPr>
              <w:spacing w:after="0" w:line="264" w:lineRule="auto"/>
              <w:rPr>
                <w:rFonts w:ascii="ＭＳ 明朝" w:eastAsia="ＭＳ 明朝" w:hAnsi="ＭＳ 明朝" w:cs="ＭＳ 明朝"/>
                <w:sz w:val="18"/>
                <w:szCs w:val="18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sz w:val="18"/>
                <w:szCs w:val="18"/>
                <w:lang w:eastAsia="ja-JP"/>
              </w:rPr>
              <w:t>個別事業者あて随時回答する。</w:t>
            </w:r>
          </w:p>
        </w:tc>
      </w:tr>
      <w:tr w:rsidR="00B03455" w14:paraId="6BD0BE01" w14:textId="77777777" w:rsidTr="00DF3A8C">
        <w:trPr>
          <w:cantSplit/>
          <w:jc w:val="center"/>
        </w:trPr>
        <w:tc>
          <w:tcPr>
            <w:tcW w:w="2268" w:type="dxa"/>
            <w:tcBorders>
              <w:bottom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47B8C9" w14:textId="500CE2BB" w:rsidR="00B03455" w:rsidRPr="0056554C" w:rsidRDefault="00B03455" w:rsidP="00DF3A8C">
            <w:pPr>
              <w:spacing w:after="0" w:line="264" w:lineRule="auto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 w:rsidRPr="0056554C"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>質問公開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DC111C" w14:textId="68512EE1" w:rsidR="00A55E04" w:rsidRDefault="00A55E04" w:rsidP="00A55E04">
            <w:pPr>
              <w:spacing w:after="0" w:line="264" w:lineRule="auto"/>
              <w:rPr>
                <w:rFonts w:asciiTheme="minorEastAsia" w:eastAsiaTheme="minorEastAsia" w:hAnsiTheme="minorEastAsia" w:cs="ＭＳ 明朝"/>
                <w:sz w:val="18"/>
                <w:szCs w:val="18"/>
                <w:lang w:eastAsia="ja-JP"/>
              </w:rPr>
            </w:pPr>
            <w:r w:rsidRPr="00A55E04">
              <w:rPr>
                <w:rFonts w:asciiTheme="minorEastAsia" w:eastAsiaTheme="minorEastAsia" w:hAnsiTheme="minorEastAsia" w:cs="ＭＳ 明朝" w:hint="eastAsia"/>
                <w:sz w:val="18"/>
                <w:szCs w:val="18"/>
                <w:lang w:eastAsia="ja-JP"/>
              </w:rPr>
              <w:t>令和８年11月16日（月曜日）</w:t>
            </w:r>
            <w:r w:rsidR="008D19DB">
              <w:rPr>
                <w:rFonts w:asciiTheme="minorEastAsia" w:eastAsiaTheme="minorEastAsia" w:hAnsiTheme="minorEastAsia" w:cs="ＭＳ 明朝" w:hint="eastAsia"/>
                <w:sz w:val="18"/>
                <w:szCs w:val="18"/>
                <w:lang w:eastAsia="ja-JP"/>
              </w:rPr>
              <w:t>（予定）</w:t>
            </w:r>
            <w:r w:rsidRPr="00A55E04">
              <w:rPr>
                <w:rFonts w:asciiTheme="minorEastAsia" w:eastAsiaTheme="minorEastAsia" w:hAnsiTheme="minorEastAsia" w:cs="ＭＳ 明朝" w:hint="eastAsia"/>
                <w:sz w:val="18"/>
                <w:szCs w:val="18"/>
                <w:lang w:eastAsia="ja-JP"/>
              </w:rPr>
              <w:t>にホームページへ公開する。</w:t>
            </w:r>
          </w:p>
          <w:p w14:paraId="4E88A939" w14:textId="384F4B74" w:rsidR="00784754" w:rsidRPr="0056554C" w:rsidRDefault="00784754" w:rsidP="00A55E04">
            <w:pPr>
              <w:spacing w:after="0" w:line="264" w:lineRule="auto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>
              <w:rPr>
                <w:rFonts w:asciiTheme="minorEastAsia" w:eastAsiaTheme="minorEastAsia" w:hAnsiTheme="minorEastAsia" w:cs="ＭＳ 明朝" w:hint="eastAsia"/>
                <w:sz w:val="18"/>
                <w:szCs w:val="18"/>
                <w:lang w:eastAsia="ja-JP"/>
              </w:rPr>
              <w:t>※本RFIにて公開している情報及び資料に関連するご質問及び回答のみ</w:t>
            </w:r>
          </w:p>
        </w:tc>
      </w:tr>
      <w:tr w:rsidR="00B03455" w14:paraId="41324C1C" w14:textId="77777777" w:rsidTr="00DF3A8C">
        <w:trPr>
          <w:cantSplit/>
          <w:jc w:val="center"/>
        </w:trPr>
        <w:tc>
          <w:tcPr>
            <w:tcW w:w="2268" w:type="dxa"/>
            <w:tcBorders>
              <w:bottom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162573" w14:textId="25F71B92" w:rsidR="00B03455" w:rsidRPr="0056554C" w:rsidRDefault="00A55E04" w:rsidP="00DF3A8C">
            <w:pPr>
              <w:spacing w:after="0" w:line="264" w:lineRule="auto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 w:rsidRPr="0056554C"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>その他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A774A2" w14:textId="5B773ACD" w:rsidR="00B03455" w:rsidRPr="0056554C" w:rsidRDefault="00A55E04" w:rsidP="00DF3A8C">
            <w:pPr>
              <w:spacing w:after="0" w:line="264" w:lineRule="auto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 w:rsidRPr="0056554C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21"/>
                <w:lang w:eastAsia="ja-JP"/>
              </w:rPr>
              <w:t>ホームページに公開していない配布資料に関するご質問については、</w:t>
            </w:r>
            <w:r w:rsidRPr="0056554C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  <w:lang w:eastAsia="ja-JP"/>
              </w:rPr>
              <w:t>「参加申請様式１　参加申込書」及び「参加申請様式３　秘密保持誓約書」の提出があった事業者に対してのみ回答します。</w:t>
            </w:r>
          </w:p>
        </w:tc>
      </w:tr>
    </w:tbl>
    <w:p w14:paraId="79FBDB32" w14:textId="36B28442" w:rsidR="00593B0A" w:rsidRPr="002A785D" w:rsidRDefault="0035276D" w:rsidP="00593B0A">
      <w:pPr>
        <w:pStyle w:val="H1RFI"/>
        <w:rPr>
          <w:rFonts w:asciiTheme="minorEastAsia" w:eastAsiaTheme="minorEastAsia" w:hAnsiTheme="minorEastAsia"/>
          <w:color w:val="000000" w:themeColor="text1"/>
          <w:lang w:eastAsia="zh-TW"/>
        </w:rPr>
      </w:pPr>
      <w:r w:rsidRPr="002A785D">
        <w:rPr>
          <w:rFonts w:asciiTheme="minorEastAsia" w:eastAsiaTheme="minorEastAsia" w:hAnsiTheme="minorEastAsia" w:hint="eastAsia"/>
          <w:color w:val="000000" w:themeColor="text1"/>
          <w:lang w:eastAsia="zh-TW"/>
        </w:rPr>
        <w:t>9</w:t>
      </w:r>
      <w:r w:rsidR="00593B0A" w:rsidRPr="002A785D">
        <w:rPr>
          <w:rFonts w:asciiTheme="minorEastAsia" w:eastAsiaTheme="minorEastAsia" w:hAnsiTheme="minorEastAsia" w:hint="eastAsia"/>
          <w:color w:val="000000" w:themeColor="text1"/>
          <w:lang w:eastAsia="zh-TW"/>
        </w:rPr>
        <w:t>．担当</w:t>
      </w:r>
    </w:p>
    <w:p w14:paraId="2E98659D" w14:textId="3D30BBF0" w:rsidR="00E7528C" w:rsidRPr="002A785D" w:rsidRDefault="00593B0A" w:rsidP="00E7528C">
      <w:pPr>
        <w:ind w:left="283"/>
        <w:rPr>
          <w:rFonts w:asciiTheme="minorEastAsia" w:eastAsiaTheme="minorEastAsia" w:hAnsiTheme="minorEastAsia"/>
          <w:color w:val="000000" w:themeColor="text1"/>
          <w:lang w:eastAsia="zh-TW"/>
        </w:rPr>
      </w:pPr>
      <w:r w:rsidRPr="002A785D">
        <w:rPr>
          <w:rFonts w:asciiTheme="minorEastAsia" w:eastAsiaTheme="minorEastAsia" w:hAnsiTheme="minorEastAsia" w:hint="eastAsia"/>
          <w:color w:val="000000" w:themeColor="text1"/>
          <w:lang w:eastAsia="zh-TW"/>
        </w:rPr>
        <w:t>〒553-0005</w:t>
      </w:r>
    </w:p>
    <w:p w14:paraId="467A8EB2" w14:textId="45BB82BA" w:rsidR="00593B0A" w:rsidRPr="002A785D" w:rsidRDefault="00593B0A" w:rsidP="00E7528C">
      <w:pPr>
        <w:ind w:left="283"/>
        <w:rPr>
          <w:rFonts w:asciiTheme="minorEastAsia" w:eastAsiaTheme="minorEastAsia" w:hAnsiTheme="minorEastAsia"/>
          <w:color w:val="000000" w:themeColor="text1"/>
          <w:lang w:eastAsia="zh-TW"/>
        </w:rPr>
      </w:pPr>
      <w:r w:rsidRPr="002A785D">
        <w:rPr>
          <w:rFonts w:asciiTheme="minorEastAsia" w:eastAsiaTheme="minorEastAsia" w:hAnsiTheme="minorEastAsia" w:hint="eastAsia"/>
          <w:color w:val="000000" w:themeColor="text1"/>
          <w:lang w:eastAsia="zh-TW"/>
        </w:rPr>
        <w:t>大阪市福島区野田1-1-86　大阪市中央卸売市場本場業務管理棟15階</w:t>
      </w:r>
    </w:p>
    <w:p w14:paraId="2984BCA6" w14:textId="13C6979C" w:rsidR="00593B0A" w:rsidRPr="002A785D" w:rsidRDefault="00593B0A" w:rsidP="00593B0A">
      <w:pPr>
        <w:ind w:left="283"/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2A785D">
        <w:rPr>
          <w:rFonts w:asciiTheme="minorEastAsia" w:eastAsiaTheme="minorEastAsia" w:hAnsiTheme="minorEastAsia" w:hint="eastAsia"/>
          <w:color w:val="000000" w:themeColor="text1"/>
          <w:lang w:eastAsia="ja-JP"/>
        </w:rPr>
        <w:t>大阪市中央卸売市場総務課（</w:t>
      </w:r>
      <w:hyperlink r:id="rId9" w:history="1">
        <w:r w:rsidRPr="002A785D">
          <w:rPr>
            <w:rStyle w:val="aff"/>
            <w:rFonts w:asciiTheme="minorEastAsia" w:eastAsiaTheme="minorEastAsia" w:hAnsiTheme="minorEastAsia"/>
            <w:lang w:eastAsia="ja-JP"/>
          </w:rPr>
          <w:t>gd0001@city.osaka.lg.jp</w:t>
        </w:r>
      </w:hyperlink>
      <w:r w:rsidRPr="002A785D">
        <w:rPr>
          <w:rFonts w:asciiTheme="minorEastAsia" w:eastAsiaTheme="minorEastAsia" w:hAnsiTheme="minorEastAsia" w:hint="eastAsia"/>
          <w:color w:val="000000" w:themeColor="text1"/>
          <w:lang w:eastAsia="ja-JP"/>
        </w:rPr>
        <w:t>）</w:t>
      </w:r>
    </w:p>
    <w:p w14:paraId="1272F07C" w14:textId="0995A165" w:rsidR="00C315F5" w:rsidRDefault="00C315F5">
      <w:pPr>
        <w:spacing w:after="200" w:line="276" w:lineRule="auto"/>
        <w:rPr>
          <w:rFonts w:asciiTheme="minorEastAsia" w:eastAsiaTheme="minorEastAsia" w:hAnsiTheme="minorEastAsia"/>
          <w:b/>
          <w:color w:val="000000" w:themeColor="text1"/>
          <w:sz w:val="30"/>
          <w:lang w:eastAsia="ja-JP"/>
        </w:rPr>
      </w:pPr>
    </w:p>
    <w:p w14:paraId="4296A894" w14:textId="4DFD88B9" w:rsidR="004119EF" w:rsidRPr="002A785D" w:rsidRDefault="0035276D" w:rsidP="004119EF">
      <w:pPr>
        <w:pStyle w:val="H1RFI"/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2A785D">
        <w:rPr>
          <w:rFonts w:asciiTheme="minorEastAsia" w:eastAsiaTheme="minorEastAsia" w:hAnsiTheme="minorEastAsia" w:hint="eastAsia"/>
          <w:color w:val="000000" w:themeColor="text1"/>
          <w:lang w:eastAsia="ja-JP"/>
        </w:rPr>
        <w:t>10</w:t>
      </w:r>
      <w:r w:rsidR="00E7528C" w:rsidRPr="002A785D">
        <w:rPr>
          <w:rFonts w:asciiTheme="minorEastAsia" w:eastAsiaTheme="minorEastAsia" w:hAnsiTheme="minorEastAsia" w:hint="eastAsia"/>
          <w:color w:val="000000" w:themeColor="text1"/>
          <w:lang w:eastAsia="ja-JP"/>
        </w:rPr>
        <w:t>．</w:t>
      </w:r>
      <w:r w:rsidR="004119EF" w:rsidRPr="002A785D">
        <w:rPr>
          <w:rFonts w:asciiTheme="minorEastAsia" w:eastAsiaTheme="minorEastAsia" w:hAnsiTheme="minorEastAsia" w:hint="eastAsia"/>
          <w:color w:val="000000" w:themeColor="text1"/>
          <w:lang w:eastAsia="ja-JP"/>
        </w:rPr>
        <w:t>留意事項</w:t>
      </w:r>
    </w:p>
    <w:p w14:paraId="7D320954" w14:textId="74BF492E" w:rsidR="004119EF" w:rsidRPr="002A785D" w:rsidRDefault="004119EF" w:rsidP="004119EF">
      <w:pPr>
        <w:pStyle w:val="ae"/>
        <w:numPr>
          <w:ilvl w:val="0"/>
          <w:numId w:val="10"/>
        </w:numPr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2A785D">
        <w:rPr>
          <w:rFonts w:asciiTheme="minorEastAsia" w:eastAsiaTheme="minorEastAsia" w:hAnsiTheme="minorEastAsia" w:cs="ＭＳ 明朝" w:hint="eastAsia"/>
          <w:color w:val="000000" w:themeColor="text1"/>
          <w:lang w:eastAsia="ja-JP"/>
        </w:rPr>
        <w:t>回答内容及び提供いただいた資料等は、次期の施設管理システムの仕様、契約のスケジュール等を</w:t>
      </w:r>
    </w:p>
    <w:p w14:paraId="595F2FB2" w14:textId="77777777" w:rsidR="00B532D2" w:rsidRPr="002A785D" w:rsidRDefault="00B532D2" w:rsidP="00B532D2">
      <w:pPr>
        <w:pStyle w:val="ae"/>
        <w:ind w:left="723"/>
        <w:rPr>
          <w:rFonts w:asciiTheme="minorEastAsia" w:eastAsiaTheme="minorEastAsia" w:hAnsiTheme="minorEastAsia" w:cs="ＭＳ 明朝"/>
          <w:color w:val="000000" w:themeColor="text1"/>
          <w:lang w:eastAsia="ja-JP"/>
        </w:rPr>
      </w:pPr>
      <w:r w:rsidRPr="002A785D">
        <w:rPr>
          <w:rFonts w:asciiTheme="minorEastAsia" w:eastAsiaTheme="minorEastAsia" w:hAnsiTheme="minorEastAsia" w:cs="ＭＳ 明朝" w:hint="eastAsia"/>
          <w:color w:val="000000" w:themeColor="text1"/>
          <w:lang w:eastAsia="ja-JP"/>
        </w:rPr>
        <w:t>検討する際に参考にするものであり、これによって将来の調達を約束するものではありません。</w:t>
      </w:r>
    </w:p>
    <w:p w14:paraId="07BC33AE" w14:textId="77777777" w:rsidR="00B532D2" w:rsidRPr="002A785D" w:rsidRDefault="00B532D2" w:rsidP="004119EF">
      <w:pPr>
        <w:pStyle w:val="ae"/>
        <w:numPr>
          <w:ilvl w:val="0"/>
          <w:numId w:val="10"/>
        </w:numPr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2A785D">
        <w:rPr>
          <w:rFonts w:asciiTheme="minorEastAsia" w:eastAsiaTheme="minorEastAsia" w:hAnsiTheme="minorEastAsia" w:hint="eastAsia"/>
          <w:color w:val="000000" w:themeColor="text1"/>
          <w:lang w:eastAsia="ja-JP"/>
        </w:rPr>
        <w:t>本情報提供依頼は、今後の調達の実施を確約したり、参加者に特別の地位を約束したりするもので</w:t>
      </w:r>
    </w:p>
    <w:p w14:paraId="0F17CD23" w14:textId="2760B8A7" w:rsidR="00185A96" w:rsidRPr="002A785D" w:rsidRDefault="00B532D2" w:rsidP="00185A96">
      <w:pPr>
        <w:pStyle w:val="ae"/>
        <w:ind w:left="723"/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2A785D">
        <w:rPr>
          <w:rFonts w:asciiTheme="minorEastAsia" w:eastAsiaTheme="minorEastAsia" w:hAnsiTheme="minorEastAsia" w:hint="eastAsia"/>
          <w:color w:val="000000" w:themeColor="text1"/>
          <w:lang w:eastAsia="ja-JP"/>
        </w:rPr>
        <w:t>はありません。</w:t>
      </w:r>
      <w:r w:rsidR="00185A96">
        <w:rPr>
          <w:rFonts w:asciiTheme="minorEastAsia" w:eastAsiaTheme="minorEastAsia" w:hAnsiTheme="minorEastAsia" w:hint="eastAsia"/>
          <w:color w:val="000000" w:themeColor="text1"/>
          <w:lang w:eastAsia="ja-JP"/>
        </w:rPr>
        <w:t>また、</w:t>
      </w:r>
      <w:r w:rsidR="00185A96" w:rsidRPr="00185A96">
        <w:rPr>
          <w:rFonts w:asciiTheme="minorEastAsia" w:eastAsiaTheme="minorEastAsia" w:hAnsiTheme="minorEastAsia" w:hint="eastAsia"/>
          <w:color w:val="000000" w:themeColor="text1"/>
          <w:lang w:eastAsia="ja-JP"/>
        </w:rPr>
        <w:t>本件を辞退した場合でも、不利な取扱いを行うことはありません。</w:t>
      </w:r>
    </w:p>
    <w:p w14:paraId="516881C8" w14:textId="677FCF6D" w:rsidR="00B532D2" w:rsidRPr="002A785D" w:rsidRDefault="005B7AA5" w:rsidP="004119EF">
      <w:pPr>
        <w:pStyle w:val="ae"/>
        <w:numPr>
          <w:ilvl w:val="0"/>
          <w:numId w:val="10"/>
        </w:numPr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2A785D">
        <w:rPr>
          <w:rFonts w:asciiTheme="minorEastAsia" w:eastAsiaTheme="minorEastAsia" w:hAnsiTheme="minorEastAsia" w:hint="eastAsia"/>
          <w:color w:val="000000" w:themeColor="text1"/>
          <w:lang w:eastAsia="ja-JP"/>
        </w:rPr>
        <w:t>回答内容及び提供いただいた資料等は、本目的以外には使用しません。</w:t>
      </w:r>
    </w:p>
    <w:p w14:paraId="5EA0FD86" w14:textId="16768FBD" w:rsidR="005B7AA5" w:rsidRPr="002A785D" w:rsidRDefault="005B7AA5" w:rsidP="004119EF">
      <w:pPr>
        <w:pStyle w:val="ae"/>
        <w:numPr>
          <w:ilvl w:val="0"/>
          <w:numId w:val="10"/>
        </w:numPr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2A785D">
        <w:rPr>
          <w:rFonts w:asciiTheme="minorEastAsia" w:eastAsiaTheme="minorEastAsia" w:hAnsiTheme="minorEastAsia" w:hint="eastAsia"/>
          <w:color w:val="000000" w:themeColor="text1"/>
          <w:lang w:eastAsia="ja-JP"/>
        </w:rPr>
        <w:t>回答内容及び提供いただいた資料等は、情報提供者に断りなく、第三者に提供することはありません。</w:t>
      </w:r>
    </w:p>
    <w:p w14:paraId="6AA08FBB" w14:textId="599576FD" w:rsidR="005B7AA5" w:rsidRPr="002A785D" w:rsidRDefault="005B7AA5" w:rsidP="004119EF">
      <w:pPr>
        <w:pStyle w:val="ae"/>
        <w:numPr>
          <w:ilvl w:val="0"/>
          <w:numId w:val="10"/>
        </w:numPr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2A785D">
        <w:rPr>
          <w:rFonts w:asciiTheme="minorEastAsia" w:eastAsiaTheme="minorEastAsia" w:hAnsiTheme="minorEastAsia" w:hint="eastAsia"/>
          <w:color w:val="000000" w:themeColor="text1"/>
          <w:lang w:eastAsia="ja-JP"/>
        </w:rPr>
        <w:t>提出いただいた資料は返却しませんので、予めご了承ください。</w:t>
      </w:r>
    </w:p>
    <w:p w14:paraId="3DE475D8" w14:textId="57E29DD5" w:rsidR="005B7AA5" w:rsidRPr="002A785D" w:rsidRDefault="005B7AA5" w:rsidP="004119EF">
      <w:pPr>
        <w:pStyle w:val="ae"/>
        <w:numPr>
          <w:ilvl w:val="0"/>
          <w:numId w:val="10"/>
        </w:numPr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2A785D">
        <w:rPr>
          <w:rFonts w:asciiTheme="minorEastAsia" w:eastAsiaTheme="minorEastAsia" w:hAnsiTheme="minorEastAsia" w:hint="eastAsia"/>
          <w:color w:val="000000" w:themeColor="text1"/>
          <w:lang w:eastAsia="ja-JP"/>
        </w:rPr>
        <w:t>情報の提供に要する一切の費用は、情報提供者の負担とします。</w:t>
      </w:r>
    </w:p>
    <w:p w14:paraId="31A637AB" w14:textId="77777777" w:rsidR="00C315F5" w:rsidRDefault="00C315F5">
      <w:pPr>
        <w:spacing w:after="200" w:line="276" w:lineRule="auto"/>
        <w:rPr>
          <w:rFonts w:asciiTheme="minorEastAsia" w:eastAsiaTheme="minorEastAsia" w:hAnsiTheme="minorEastAsia"/>
          <w:b/>
          <w:color w:val="000000" w:themeColor="text1"/>
          <w:sz w:val="30"/>
          <w:lang w:eastAsia="ja-JP"/>
        </w:rPr>
      </w:pPr>
      <w:r>
        <w:rPr>
          <w:rFonts w:asciiTheme="minorEastAsia" w:eastAsiaTheme="minorEastAsia" w:hAnsiTheme="minorEastAsia"/>
          <w:color w:val="000000" w:themeColor="text1"/>
          <w:lang w:eastAsia="ja-JP"/>
        </w:rPr>
        <w:br w:type="page"/>
      </w:r>
    </w:p>
    <w:p w14:paraId="3D97BEF0" w14:textId="1B47EEF0" w:rsidR="004119EF" w:rsidRPr="002A785D" w:rsidRDefault="004119EF">
      <w:pPr>
        <w:pStyle w:val="H1RFI"/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2A785D">
        <w:rPr>
          <w:rFonts w:asciiTheme="minorEastAsia" w:eastAsiaTheme="minorEastAsia" w:hAnsiTheme="minorEastAsia" w:hint="eastAsia"/>
          <w:color w:val="000000" w:themeColor="text1"/>
          <w:lang w:eastAsia="ja-JP"/>
        </w:rPr>
        <w:lastRenderedPageBreak/>
        <w:t>11．</w:t>
      </w:r>
      <w:r w:rsidRPr="002A785D">
        <w:rPr>
          <w:rFonts w:asciiTheme="minorEastAsia" w:eastAsiaTheme="minorEastAsia" w:hAnsiTheme="minorEastAsia"/>
          <w:color w:val="000000" w:themeColor="text1"/>
          <w:lang w:eastAsia="ja-JP"/>
        </w:rPr>
        <w:t>回答様式</w:t>
      </w:r>
    </w:p>
    <w:p w14:paraId="003CCBEC" w14:textId="207535D9" w:rsidR="00A9055B" w:rsidRPr="002A785D" w:rsidRDefault="0035276D">
      <w:pPr>
        <w:pStyle w:val="H2RFI"/>
        <w:rPr>
          <w:rFonts w:asciiTheme="minorEastAsia" w:eastAsiaTheme="minorEastAsia" w:hAnsiTheme="minorEastAsia"/>
          <w:b w:val="0"/>
          <w:bCs/>
          <w:color w:val="000000" w:themeColor="text1"/>
          <w:lang w:eastAsia="ja-JP"/>
        </w:rPr>
      </w:pPr>
      <w:r w:rsidRPr="002A785D">
        <w:rPr>
          <w:rFonts w:asciiTheme="minorEastAsia" w:eastAsiaTheme="minorEastAsia" w:hAnsiTheme="minorEastAsia" w:hint="eastAsia"/>
          <w:b w:val="0"/>
          <w:bCs/>
          <w:color w:val="000000" w:themeColor="text1"/>
          <w:lang w:eastAsia="ja-JP"/>
        </w:rPr>
        <w:t>1</w:t>
      </w:r>
      <w:r w:rsidR="004119EF" w:rsidRPr="002A785D">
        <w:rPr>
          <w:rFonts w:asciiTheme="minorEastAsia" w:eastAsiaTheme="minorEastAsia" w:hAnsiTheme="minorEastAsia" w:hint="eastAsia"/>
          <w:b w:val="0"/>
          <w:bCs/>
          <w:color w:val="000000" w:themeColor="text1"/>
          <w:lang w:eastAsia="ja-JP"/>
        </w:rPr>
        <w:t>1</w:t>
      </w:r>
      <w:r w:rsidR="00E40254" w:rsidRPr="002A785D">
        <w:rPr>
          <w:rFonts w:asciiTheme="minorEastAsia" w:eastAsiaTheme="minorEastAsia" w:hAnsiTheme="minorEastAsia"/>
          <w:b w:val="0"/>
          <w:bCs/>
          <w:color w:val="000000" w:themeColor="text1"/>
          <w:lang w:eastAsia="ja-JP"/>
        </w:rPr>
        <w:t>.1 会社・提案概要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3118"/>
        <w:gridCol w:w="6236"/>
      </w:tblGrid>
      <w:tr w:rsidR="00A9055B" w:rsidRPr="002A785D" w14:paraId="4FBE7AA8" w14:textId="77777777">
        <w:trPr>
          <w:cantSplit/>
          <w:tblHeader/>
          <w:jc w:val="center"/>
        </w:trPr>
        <w:tc>
          <w:tcPr>
            <w:tcW w:w="3118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67CB6A" w14:textId="77777777" w:rsidR="00A9055B" w:rsidRPr="002A785D" w:rsidRDefault="00A70C5F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b/>
                <w:color w:val="FFFFFF"/>
                <w:sz w:val="18"/>
              </w:rPr>
              <w:t>項目</w:t>
            </w:r>
            <w:proofErr w:type="spellEnd"/>
          </w:p>
        </w:tc>
        <w:tc>
          <w:tcPr>
            <w:tcW w:w="6236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F38192" w14:textId="77777777" w:rsidR="00A9055B" w:rsidRPr="002A785D" w:rsidRDefault="00A70C5F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b/>
                <w:color w:val="FFFFFF"/>
                <w:sz w:val="18"/>
              </w:rPr>
              <w:t>回答</w:t>
            </w:r>
            <w:proofErr w:type="spellEnd"/>
          </w:p>
        </w:tc>
      </w:tr>
      <w:tr w:rsidR="00A9055B" w:rsidRPr="002A785D" w14:paraId="7FBECBEA" w14:textId="77777777">
        <w:trPr>
          <w:cantSplit/>
          <w:jc w:val="center"/>
        </w:trPr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7456D9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8"/>
              </w:rPr>
              <w:t>会社名</w:t>
            </w:r>
            <w:proofErr w:type="spellEnd"/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34982C" w14:textId="77777777" w:rsidR="00A9055B" w:rsidRPr="002A785D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A9055B" w:rsidRPr="002A785D" w14:paraId="0321D0DB" w14:textId="77777777">
        <w:trPr>
          <w:cantSplit/>
          <w:jc w:val="center"/>
        </w:trPr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A1BA7B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8"/>
              </w:rPr>
              <w:t>所在地</w:t>
            </w:r>
            <w:proofErr w:type="spellEnd"/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7BDEDF" w14:textId="77777777" w:rsidR="00A9055B" w:rsidRPr="002A785D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A9055B" w:rsidRPr="002A785D" w14:paraId="368E8280" w14:textId="77777777">
        <w:trPr>
          <w:cantSplit/>
          <w:jc w:val="center"/>
        </w:trPr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560BBE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8"/>
              </w:rPr>
              <w:t>担当部署</w:t>
            </w:r>
            <w:proofErr w:type="spellEnd"/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0D5BFB" w14:textId="77777777" w:rsidR="00A9055B" w:rsidRPr="002A785D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A9055B" w:rsidRPr="002A785D" w14:paraId="6399D02F" w14:textId="77777777">
        <w:trPr>
          <w:cantSplit/>
          <w:jc w:val="center"/>
        </w:trPr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314BEF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8"/>
              </w:rPr>
              <w:t>担当者</w:t>
            </w:r>
            <w:proofErr w:type="spellEnd"/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3AC4B9" w14:textId="77777777" w:rsidR="00A9055B" w:rsidRPr="002A785D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A9055B" w14:paraId="1CF1B793" w14:textId="77777777">
        <w:trPr>
          <w:cantSplit/>
          <w:jc w:val="center"/>
        </w:trPr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D49941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8"/>
              </w:rPr>
              <w:t>電話番号</w:t>
            </w:r>
            <w:proofErr w:type="spellEnd"/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0827F5" w14:textId="77777777" w:rsidR="00A9055B" w:rsidRPr="002A785D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A9055B" w14:paraId="78B0CB42" w14:textId="77777777">
        <w:trPr>
          <w:cantSplit/>
          <w:jc w:val="center"/>
        </w:trPr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1C4684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8"/>
              </w:rPr>
              <w:t>メールアドレス</w:t>
            </w:r>
            <w:proofErr w:type="spellEnd"/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C9EDB3" w14:textId="77777777" w:rsidR="00A9055B" w:rsidRPr="002A785D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A9055B" w14:paraId="41FD82C4" w14:textId="77777777">
        <w:trPr>
          <w:cantSplit/>
          <w:jc w:val="center"/>
        </w:trPr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07B838" w14:textId="4C135648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8"/>
                <w:lang w:eastAsia="ja-JP"/>
              </w:rPr>
              <w:t>提案方式</w:t>
            </w:r>
            <w:r w:rsidR="009951F1"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及び選定理由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33241F" w14:textId="77777777" w:rsidR="00A9055B" w:rsidRPr="002A785D" w:rsidRDefault="00A9055B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9951F1" w14:paraId="445F69DE" w14:textId="77777777">
        <w:trPr>
          <w:cantSplit/>
          <w:jc w:val="center"/>
        </w:trPr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997D89" w14:textId="0A7072F7" w:rsidR="009951F1" w:rsidRPr="002A785D" w:rsidRDefault="009951F1">
            <w:pPr>
              <w:spacing w:after="0" w:line="264" w:lineRule="auto"/>
              <w:rPr>
                <w:rFonts w:asciiTheme="minorEastAsia" w:eastAsiaTheme="minorEastAsia" w:hAnsiTheme="minorEastAsia"/>
                <w:sz w:val="18"/>
                <w:lang w:eastAsia="ja-JP"/>
              </w:rPr>
            </w:pPr>
            <w:r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選定方式の制約、前提条件、将来のサービス終了・価格改定等への対応方針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71D0AD" w14:textId="77777777" w:rsidR="009951F1" w:rsidRPr="002A785D" w:rsidRDefault="009951F1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A9055B" w14:paraId="627F1EE7" w14:textId="77777777">
        <w:trPr>
          <w:cantSplit/>
          <w:jc w:val="center"/>
        </w:trPr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8E7A50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8"/>
                <w:lang w:eastAsia="ja-JP"/>
              </w:rPr>
              <w:t>クラウド／オンプレミス区分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F71220" w14:textId="77777777" w:rsidR="00A9055B" w:rsidRPr="002A785D" w:rsidRDefault="00A9055B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A9055B" w14:paraId="79F1E41C" w14:textId="77777777">
        <w:trPr>
          <w:cantSplit/>
          <w:jc w:val="center"/>
        </w:trPr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D1767C" w14:textId="55D3AA2B" w:rsidR="00A9055B" w:rsidRPr="002A785D" w:rsidRDefault="009951F1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2A785D">
              <w:rPr>
                <w:rFonts w:asciiTheme="minorEastAsia" w:eastAsiaTheme="minorEastAsia" w:hAnsiTheme="minorEastAsia" w:cs="ＭＳ 明朝" w:hint="eastAsia"/>
                <w:sz w:val="18"/>
                <w:lang w:eastAsia="ja-JP"/>
              </w:rPr>
              <w:t>採用する</w:t>
            </w:r>
            <w:r w:rsidRPr="002A785D">
              <w:rPr>
                <w:rFonts w:asciiTheme="minorEastAsia" w:eastAsiaTheme="minorEastAsia" w:hAnsiTheme="minorEastAsia"/>
                <w:sz w:val="18"/>
                <w:lang w:eastAsia="ja-JP"/>
              </w:rPr>
              <w:t>製品・サービス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BB4279" w14:textId="77777777" w:rsidR="00A9055B" w:rsidRPr="002A785D" w:rsidRDefault="00A9055B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A9055B" w14:paraId="5CBE3879" w14:textId="77777777">
        <w:trPr>
          <w:cantSplit/>
          <w:jc w:val="center"/>
        </w:trPr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C9034D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8"/>
              </w:rPr>
              <w:t>提案概要（300～500字程度）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9087FF" w14:textId="77777777" w:rsidR="00A9055B" w:rsidRPr="002A785D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</w:tbl>
    <w:p w14:paraId="1FFE8487" w14:textId="77777777" w:rsidR="00C315F5" w:rsidRDefault="00C315F5">
      <w:pPr>
        <w:pStyle w:val="H2RFI"/>
        <w:rPr>
          <w:rFonts w:asciiTheme="majorEastAsia" w:eastAsiaTheme="majorEastAsia" w:hAnsiTheme="majorEastAsia"/>
          <w:b w:val="0"/>
          <w:bCs/>
          <w:color w:val="000000" w:themeColor="text1"/>
          <w:lang w:eastAsia="ja-JP"/>
        </w:rPr>
      </w:pPr>
    </w:p>
    <w:p w14:paraId="587957BD" w14:textId="09D08803" w:rsidR="00F77ECA" w:rsidRPr="005D5911" w:rsidRDefault="0035276D">
      <w:pPr>
        <w:pStyle w:val="H2RFI"/>
        <w:rPr>
          <w:rFonts w:asciiTheme="majorEastAsia" w:eastAsiaTheme="majorEastAsia" w:hAnsiTheme="majorEastAsia"/>
          <w:b w:val="0"/>
          <w:bCs/>
          <w:color w:val="000000" w:themeColor="text1"/>
          <w:lang w:eastAsia="ja-JP"/>
        </w:rPr>
      </w:pPr>
      <w:r>
        <w:rPr>
          <w:rFonts w:asciiTheme="majorEastAsia" w:eastAsiaTheme="majorEastAsia" w:hAnsiTheme="majorEastAsia" w:hint="eastAsia"/>
          <w:b w:val="0"/>
          <w:bCs/>
          <w:color w:val="000000" w:themeColor="text1"/>
          <w:lang w:eastAsia="ja-JP"/>
        </w:rPr>
        <w:t>1</w:t>
      </w:r>
      <w:r w:rsidR="004119EF">
        <w:rPr>
          <w:rFonts w:asciiTheme="majorEastAsia" w:eastAsiaTheme="majorEastAsia" w:hAnsiTheme="majorEastAsia" w:hint="eastAsia"/>
          <w:b w:val="0"/>
          <w:bCs/>
          <w:color w:val="000000" w:themeColor="text1"/>
          <w:lang w:eastAsia="ja-JP"/>
        </w:rPr>
        <w:t>1</w:t>
      </w:r>
      <w:r w:rsidR="00E40254" w:rsidRPr="005D5911">
        <w:rPr>
          <w:rFonts w:asciiTheme="majorEastAsia" w:eastAsiaTheme="majorEastAsia" w:hAnsiTheme="majorEastAsia"/>
          <w:b w:val="0"/>
          <w:bCs/>
          <w:color w:val="000000" w:themeColor="text1"/>
          <w:lang w:eastAsia="ja-JP"/>
        </w:rPr>
        <w:t>.2 個別開発・拡張開発回答表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3"/>
        <w:gridCol w:w="1502"/>
        <w:gridCol w:w="1660"/>
        <w:gridCol w:w="1291"/>
        <w:gridCol w:w="1502"/>
        <w:gridCol w:w="1701"/>
        <w:gridCol w:w="851"/>
        <w:gridCol w:w="1353"/>
      </w:tblGrid>
      <w:tr w:rsidR="009951F1" w14:paraId="39F6BDCA" w14:textId="77777777" w:rsidTr="009951F1">
        <w:trPr>
          <w:cantSplit/>
          <w:tblHeader/>
          <w:jc w:val="center"/>
        </w:trPr>
        <w:tc>
          <w:tcPr>
            <w:tcW w:w="503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348418" w14:textId="77777777" w:rsidR="009951F1" w:rsidRPr="00C82CAB" w:rsidRDefault="009951F1" w:rsidP="000A2FB2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  <w:szCs w:val="16"/>
              </w:rPr>
              <w:t>No.</w:t>
            </w:r>
          </w:p>
        </w:tc>
        <w:tc>
          <w:tcPr>
            <w:tcW w:w="1502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BC5300" w14:textId="77777777" w:rsidR="009951F1" w:rsidRPr="00C82CAB" w:rsidRDefault="009951F1" w:rsidP="000A2FB2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  <w:szCs w:val="16"/>
              </w:rPr>
              <w:t>対象機能</w:t>
            </w:r>
            <w:proofErr w:type="spellEnd"/>
          </w:p>
        </w:tc>
        <w:tc>
          <w:tcPr>
            <w:tcW w:w="1660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C90F60" w14:textId="77777777" w:rsidR="009951F1" w:rsidRPr="00C82CAB" w:rsidRDefault="009951F1" w:rsidP="000A2FB2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  <w:szCs w:val="16"/>
              </w:rPr>
              <w:t>必要理由</w:t>
            </w:r>
            <w:proofErr w:type="spellEnd"/>
          </w:p>
        </w:tc>
        <w:tc>
          <w:tcPr>
            <w:tcW w:w="1291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5FB0AF" w14:textId="77777777" w:rsidR="009951F1" w:rsidRPr="00C82CAB" w:rsidRDefault="009951F1" w:rsidP="000A2FB2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  <w:szCs w:val="16"/>
              </w:rPr>
              <w:t>方式／言語</w:t>
            </w:r>
            <w:proofErr w:type="spellEnd"/>
          </w:p>
        </w:tc>
        <w:tc>
          <w:tcPr>
            <w:tcW w:w="1502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0A2F78" w14:textId="77777777" w:rsidR="009951F1" w:rsidRPr="00C82CAB" w:rsidRDefault="009951F1" w:rsidP="000A2FB2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  <w:szCs w:val="16"/>
              </w:rPr>
              <w:t>製品更新影響</w:t>
            </w:r>
            <w:proofErr w:type="spellEnd"/>
          </w:p>
        </w:tc>
        <w:tc>
          <w:tcPr>
            <w:tcW w:w="1701" w:type="dxa"/>
            <w:shd w:val="clear" w:color="auto" w:fill="17365D"/>
          </w:tcPr>
          <w:p w14:paraId="3C93E381" w14:textId="1C68EA45" w:rsidR="009951F1" w:rsidRPr="00C82CAB" w:rsidRDefault="009951F1" w:rsidP="000A2FB2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  <w:b/>
                <w:color w:val="FFFFFF"/>
                <w:sz w:val="16"/>
                <w:szCs w:val="16"/>
                <w:lang w:eastAsia="ja-JP"/>
              </w:rPr>
            </w:pPr>
            <w:r w:rsidRPr="00C82CAB">
              <w:rPr>
                <w:rFonts w:asciiTheme="minorEastAsia" w:eastAsiaTheme="minorEastAsia" w:hAnsiTheme="minorEastAsia" w:cs="ＭＳ 明朝" w:hint="eastAsia"/>
                <w:b/>
                <w:color w:val="FFFFFF"/>
                <w:sz w:val="16"/>
                <w:szCs w:val="16"/>
                <w:lang w:eastAsia="ja-JP"/>
              </w:rPr>
              <w:t>ソースコード、設計書、設定情報の納品可否</w:t>
            </w:r>
          </w:p>
        </w:tc>
        <w:tc>
          <w:tcPr>
            <w:tcW w:w="851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CBFF36" w14:textId="6D67A78E" w:rsidR="009951F1" w:rsidRPr="00C82CAB" w:rsidRDefault="009951F1" w:rsidP="000A2FB2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  <w:szCs w:val="16"/>
              </w:rPr>
              <w:t>他社保守可否</w:t>
            </w:r>
            <w:proofErr w:type="spellEnd"/>
          </w:p>
        </w:tc>
        <w:tc>
          <w:tcPr>
            <w:tcW w:w="1353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0A94AF" w14:textId="77777777" w:rsidR="009951F1" w:rsidRPr="00C82CAB" w:rsidRDefault="009951F1" w:rsidP="000A2FB2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  <w:szCs w:val="16"/>
              </w:rPr>
              <w:t>概算費用・保守</w:t>
            </w:r>
            <w:proofErr w:type="spellEnd"/>
          </w:p>
        </w:tc>
      </w:tr>
      <w:tr w:rsidR="009951F1" w14:paraId="475B6953" w14:textId="77777777" w:rsidTr="009951F1">
        <w:trPr>
          <w:cantSplit/>
          <w:jc w:val="center"/>
        </w:trPr>
        <w:tc>
          <w:tcPr>
            <w:tcW w:w="5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DBBB69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5"/>
              </w:rPr>
              <w:t>1</w:t>
            </w:r>
          </w:p>
        </w:tc>
        <w:tc>
          <w:tcPr>
            <w:tcW w:w="15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B17A7F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B51B52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E61A09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81D835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</w:tcPr>
          <w:p w14:paraId="56D9CDA6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505CB8" w14:textId="108B9B84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01D52A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9951F1" w14:paraId="13AA3A07" w14:textId="77777777" w:rsidTr="009951F1">
        <w:trPr>
          <w:cantSplit/>
          <w:jc w:val="center"/>
        </w:trPr>
        <w:tc>
          <w:tcPr>
            <w:tcW w:w="5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E4706B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5"/>
              </w:rPr>
              <w:t>2</w:t>
            </w:r>
          </w:p>
        </w:tc>
        <w:tc>
          <w:tcPr>
            <w:tcW w:w="15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B9757E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DD1439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5DCA69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2B1A28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</w:tcPr>
          <w:p w14:paraId="052D7C8B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971551" w14:textId="7CB34A12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19CBBF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9951F1" w14:paraId="46689C0C" w14:textId="77777777" w:rsidTr="009951F1">
        <w:trPr>
          <w:cantSplit/>
          <w:jc w:val="center"/>
        </w:trPr>
        <w:tc>
          <w:tcPr>
            <w:tcW w:w="5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80D7A4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5"/>
              </w:rPr>
              <w:t>3</w:t>
            </w:r>
          </w:p>
        </w:tc>
        <w:tc>
          <w:tcPr>
            <w:tcW w:w="15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DD71CA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63299A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3FBCE7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3EE074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</w:tcPr>
          <w:p w14:paraId="1A59015F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35A99D" w14:textId="3D0F9878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B8E651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9951F1" w14:paraId="2E4879D5" w14:textId="77777777" w:rsidTr="009951F1">
        <w:trPr>
          <w:cantSplit/>
          <w:jc w:val="center"/>
        </w:trPr>
        <w:tc>
          <w:tcPr>
            <w:tcW w:w="5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37647B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5"/>
              </w:rPr>
              <w:t>4</w:t>
            </w:r>
          </w:p>
        </w:tc>
        <w:tc>
          <w:tcPr>
            <w:tcW w:w="15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16A0A6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1DAB3D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3F2012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BE355F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</w:tcPr>
          <w:p w14:paraId="1B3373A2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124765" w14:textId="639661D1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49A4EB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9951F1" w14:paraId="2A2997EE" w14:textId="77777777" w:rsidTr="009951F1">
        <w:trPr>
          <w:cantSplit/>
          <w:jc w:val="center"/>
        </w:trPr>
        <w:tc>
          <w:tcPr>
            <w:tcW w:w="5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769C2C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5"/>
              </w:rPr>
              <w:t>5</w:t>
            </w:r>
          </w:p>
        </w:tc>
        <w:tc>
          <w:tcPr>
            <w:tcW w:w="15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521BE0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043CAF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98FD62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3D8386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</w:tcPr>
          <w:p w14:paraId="19A87CEA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EB8D51" w14:textId="1FE7C620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99038B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9951F1" w14:paraId="09CE762E" w14:textId="77777777" w:rsidTr="009951F1">
        <w:trPr>
          <w:cantSplit/>
          <w:jc w:val="center"/>
        </w:trPr>
        <w:tc>
          <w:tcPr>
            <w:tcW w:w="5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B6544A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5"/>
              </w:rPr>
              <w:t>6</w:t>
            </w:r>
          </w:p>
        </w:tc>
        <w:tc>
          <w:tcPr>
            <w:tcW w:w="15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CC51A8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656B68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D6324D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546C52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</w:tcPr>
          <w:p w14:paraId="200DAF38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CC500A" w14:textId="6FCCD4D4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27900F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9951F1" w14:paraId="7BE57E2F" w14:textId="77777777" w:rsidTr="009951F1">
        <w:trPr>
          <w:cantSplit/>
          <w:jc w:val="center"/>
        </w:trPr>
        <w:tc>
          <w:tcPr>
            <w:tcW w:w="5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987763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5"/>
              </w:rPr>
              <w:t>7</w:t>
            </w:r>
          </w:p>
        </w:tc>
        <w:tc>
          <w:tcPr>
            <w:tcW w:w="15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28DF0B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0166D0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D20DC8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6791CB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</w:tcPr>
          <w:p w14:paraId="6D8C59C8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50CDF1" w14:textId="4807C7E4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F99568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9951F1" w14:paraId="2A730E28" w14:textId="77777777" w:rsidTr="009951F1">
        <w:trPr>
          <w:cantSplit/>
          <w:jc w:val="center"/>
        </w:trPr>
        <w:tc>
          <w:tcPr>
            <w:tcW w:w="5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26D540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5"/>
              </w:rPr>
              <w:t>8</w:t>
            </w:r>
          </w:p>
        </w:tc>
        <w:tc>
          <w:tcPr>
            <w:tcW w:w="15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CFBB9D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5D34D4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C064BD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E55138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</w:tcPr>
          <w:p w14:paraId="5E873073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69B1C6" w14:textId="3C5D3356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D5F05F" w14:textId="77777777" w:rsidR="009951F1" w:rsidRPr="002A785D" w:rsidRDefault="009951F1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</w:tbl>
    <w:p w14:paraId="73BE0D3F" w14:textId="6EAA5601" w:rsidR="00A9055B" w:rsidRPr="005D5911" w:rsidRDefault="0035276D">
      <w:pPr>
        <w:pStyle w:val="H2RFI"/>
        <w:rPr>
          <w:rFonts w:asciiTheme="majorEastAsia" w:eastAsiaTheme="majorEastAsia" w:hAnsiTheme="majorEastAsia"/>
          <w:b w:val="0"/>
          <w:bCs/>
          <w:color w:val="000000" w:themeColor="text1"/>
          <w:lang w:eastAsia="ja-JP"/>
        </w:rPr>
      </w:pPr>
      <w:r>
        <w:rPr>
          <w:rFonts w:asciiTheme="majorEastAsia" w:eastAsiaTheme="majorEastAsia" w:hAnsiTheme="majorEastAsia" w:hint="eastAsia"/>
          <w:b w:val="0"/>
          <w:bCs/>
          <w:color w:val="000000" w:themeColor="text1"/>
          <w:lang w:eastAsia="ja-JP"/>
        </w:rPr>
        <w:lastRenderedPageBreak/>
        <w:t>1</w:t>
      </w:r>
      <w:r w:rsidR="004119EF">
        <w:rPr>
          <w:rFonts w:asciiTheme="majorEastAsia" w:eastAsiaTheme="majorEastAsia" w:hAnsiTheme="majorEastAsia" w:hint="eastAsia"/>
          <w:b w:val="0"/>
          <w:bCs/>
          <w:color w:val="000000" w:themeColor="text1"/>
          <w:lang w:eastAsia="ja-JP"/>
        </w:rPr>
        <w:t>1</w:t>
      </w:r>
      <w:r w:rsidR="00F77ECA" w:rsidRPr="005D5911">
        <w:rPr>
          <w:rFonts w:asciiTheme="majorEastAsia" w:eastAsiaTheme="majorEastAsia" w:hAnsiTheme="majorEastAsia"/>
          <w:b w:val="0"/>
          <w:bCs/>
          <w:color w:val="000000" w:themeColor="text1"/>
          <w:lang w:eastAsia="ja-JP"/>
        </w:rPr>
        <w:t>.</w:t>
      </w:r>
      <w:r w:rsidR="009C7AD4" w:rsidRPr="005D5911">
        <w:rPr>
          <w:rFonts w:asciiTheme="majorEastAsia" w:eastAsiaTheme="majorEastAsia" w:hAnsiTheme="majorEastAsia" w:hint="eastAsia"/>
          <w:b w:val="0"/>
          <w:bCs/>
          <w:color w:val="000000" w:themeColor="text1"/>
          <w:lang w:eastAsia="ja-JP"/>
        </w:rPr>
        <w:t>3</w:t>
      </w:r>
      <w:r w:rsidR="00F77ECA" w:rsidRPr="005D5911">
        <w:rPr>
          <w:rFonts w:asciiTheme="majorEastAsia" w:eastAsiaTheme="majorEastAsia" w:hAnsiTheme="majorEastAsia"/>
          <w:b w:val="0"/>
          <w:bCs/>
          <w:color w:val="000000" w:themeColor="text1"/>
          <w:lang w:eastAsia="ja-JP"/>
        </w:rPr>
        <w:t xml:space="preserve"> 導入実績回答表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510"/>
        <w:gridCol w:w="1361"/>
        <w:gridCol w:w="2268"/>
        <w:gridCol w:w="1247"/>
        <w:gridCol w:w="1134"/>
        <w:gridCol w:w="1020"/>
        <w:gridCol w:w="1814"/>
      </w:tblGrid>
      <w:tr w:rsidR="009B43E6" w14:paraId="0E982F91" w14:textId="77777777" w:rsidTr="000A2FB2">
        <w:trPr>
          <w:cantSplit/>
          <w:tblHeader/>
          <w:jc w:val="center"/>
        </w:trPr>
        <w:tc>
          <w:tcPr>
            <w:tcW w:w="510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A2483D" w14:textId="77777777" w:rsidR="009B43E6" w:rsidRPr="00C82CAB" w:rsidRDefault="009B43E6" w:rsidP="000A2FB2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  <w:szCs w:val="16"/>
              </w:rPr>
              <w:t>No.</w:t>
            </w:r>
          </w:p>
        </w:tc>
        <w:tc>
          <w:tcPr>
            <w:tcW w:w="1361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BA3C7B" w14:textId="77777777" w:rsidR="009B43E6" w:rsidRPr="00C82CAB" w:rsidRDefault="009B43E6" w:rsidP="000A2FB2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  <w:szCs w:val="16"/>
              </w:rPr>
              <w:t>顧客種別</w:t>
            </w:r>
            <w:proofErr w:type="spellEnd"/>
          </w:p>
        </w:tc>
        <w:tc>
          <w:tcPr>
            <w:tcW w:w="2268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AEF8F3" w14:textId="77777777" w:rsidR="009B43E6" w:rsidRPr="00C82CAB" w:rsidRDefault="009B43E6" w:rsidP="000A2FB2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  <w:szCs w:val="16"/>
              </w:rPr>
              <w:t>案件・システム概要</w:t>
            </w:r>
            <w:proofErr w:type="spellEnd"/>
          </w:p>
        </w:tc>
        <w:tc>
          <w:tcPr>
            <w:tcW w:w="1247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9159F2" w14:textId="77777777" w:rsidR="009B43E6" w:rsidRPr="00C82CAB" w:rsidRDefault="009B43E6" w:rsidP="000A2FB2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  <w:szCs w:val="16"/>
              </w:rPr>
              <w:t>構築方式</w:t>
            </w:r>
            <w:proofErr w:type="spellEnd"/>
          </w:p>
        </w:tc>
        <w:tc>
          <w:tcPr>
            <w:tcW w:w="1134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346053" w14:textId="77777777" w:rsidR="009B43E6" w:rsidRPr="00C82CAB" w:rsidRDefault="009B43E6" w:rsidP="000A2FB2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  <w:szCs w:val="16"/>
              </w:rPr>
              <w:t>利用者規模</w:t>
            </w:r>
            <w:proofErr w:type="spellEnd"/>
          </w:p>
        </w:tc>
        <w:tc>
          <w:tcPr>
            <w:tcW w:w="1020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600799" w14:textId="77777777" w:rsidR="009B43E6" w:rsidRPr="00C82CAB" w:rsidRDefault="009B43E6" w:rsidP="000A2FB2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  <w:szCs w:val="16"/>
              </w:rPr>
              <w:t>運用年数</w:t>
            </w:r>
            <w:proofErr w:type="spellEnd"/>
          </w:p>
        </w:tc>
        <w:tc>
          <w:tcPr>
            <w:tcW w:w="1814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10624F" w14:textId="77777777" w:rsidR="009B43E6" w:rsidRPr="00C82CAB" w:rsidRDefault="009B43E6" w:rsidP="000A2FB2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  <w:szCs w:val="16"/>
              </w:rPr>
              <w:t>本案件との類似点</w:t>
            </w:r>
            <w:proofErr w:type="spellEnd"/>
          </w:p>
        </w:tc>
      </w:tr>
      <w:tr w:rsidR="009B43E6" w14:paraId="47140845" w14:textId="77777777" w:rsidTr="000A2FB2">
        <w:trPr>
          <w:cantSplit/>
          <w:jc w:val="center"/>
        </w:trPr>
        <w:tc>
          <w:tcPr>
            <w:tcW w:w="51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65905C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5"/>
              </w:rPr>
              <w:t>1</w:t>
            </w: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600C95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CFB75F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BAB279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5D8235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58F236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50DBFB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9B43E6" w14:paraId="75C485BF" w14:textId="77777777" w:rsidTr="000A2FB2">
        <w:trPr>
          <w:cantSplit/>
          <w:jc w:val="center"/>
        </w:trPr>
        <w:tc>
          <w:tcPr>
            <w:tcW w:w="51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8E21F8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5"/>
              </w:rPr>
              <w:t>2</w:t>
            </w: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BA1E4D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296FCE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B2E0D1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67877E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C5E5A3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07513E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9B43E6" w14:paraId="6DBCF424" w14:textId="77777777" w:rsidTr="000A2FB2">
        <w:trPr>
          <w:cantSplit/>
          <w:jc w:val="center"/>
        </w:trPr>
        <w:tc>
          <w:tcPr>
            <w:tcW w:w="51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4BE281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5"/>
              </w:rPr>
              <w:t>3</w:t>
            </w: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3D3AEA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0A0ADB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4F6A78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B4618C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0F1D89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ECFD45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9B43E6" w14:paraId="1C0D35BD" w14:textId="77777777" w:rsidTr="000A2FB2">
        <w:trPr>
          <w:cantSplit/>
          <w:jc w:val="center"/>
        </w:trPr>
        <w:tc>
          <w:tcPr>
            <w:tcW w:w="51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EEEC23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5"/>
              </w:rPr>
              <w:t>4</w:t>
            </w: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E5B349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1BD6AD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079EEA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68386B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4950AB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A863E6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9B43E6" w14:paraId="01D4A0B2" w14:textId="77777777" w:rsidTr="000A2FB2">
        <w:trPr>
          <w:cantSplit/>
          <w:jc w:val="center"/>
        </w:trPr>
        <w:tc>
          <w:tcPr>
            <w:tcW w:w="51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D35C91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5"/>
              </w:rPr>
              <w:t>5</w:t>
            </w: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92F666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038B15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FB9147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0112F5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410365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2BEA9E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</w:tbl>
    <w:p w14:paraId="33A048DB" w14:textId="77777777" w:rsidR="00C315F5" w:rsidRDefault="00C315F5">
      <w:pPr>
        <w:pStyle w:val="H2RFI"/>
        <w:rPr>
          <w:rFonts w:asciiTheme="majorEastAsia" w:eastAsiaTheme="majorEastAsia" w:hAnsiTheme="majorEastAsia"/>
          <w:b w:val="0"/>
          <w:bCs/>
          <w:color w:val="000000" w:themeColor="text1"/>
          <w:lang w:eastAsia="ja-JP"/>
        </w:rPr>
      </w:pPr>
    </w:p>
    <w:p w14:paraId="317BE5E1" w14:textId="0E6E2C25" w:rsidR="00A9055B" w:rsidRPr="005D5911" w:rsidRDefault="0035276D">
      <w:pPr>
        <w:pStyle w:val="H2RFI"/>
        <w:rPr>
          <w:rFonts w:asciiTheme="majorEastAsia" w:eastAsiaTheme="majorEastAsia" w:hAnsiTheme="majorEastAsia"/>
          <w:b w:val="0"/>
          <w:bCs/>
          <w:color w:val="000000" w:themeColor="text1"/>
          <w:lang w:eastAsia="ja-JP"/>
        </w:rPr>
      </w:pPr>
      <w:r>
        <w:rPr>
          <w:rFonts w:asciiTheme="majorEastAsia" w:eastAsiaTheme="majorEastAsia" w:hAnsiTheme="majorEastAsia" w:hint="eastAsia"/>
          <w:b w:val="0"/>
          <w:bCs/>
          <w:color w:val="000000" w:themeColor="text1"/>
          <w:lang w:eastAsia="ja-JP"/>
        </w:rPr>
        <w:t>1</w:t>
      </w:r>
      <w:r w:rsidR="004119EF">
        <w:rPr>
          <w:rFonts w:asciiTheme="majorEastAsia" w:eastAsiaTheme="majorEastAsia" w:hAnsiTheme="majorEastAsia" w:hint="eastAsia"/>
          <w:b w:val="0"/>
          <w:bCs/>
          <w:color w:val="000000" w:themeColor="text1"/>
          <w:lang w:eastAsia="ja-JP"/>
        </w:rPr>
        <w:t>1</w:t>
      </w:r>
      <w:r w:rsidR="00E40254" w:rsidRPr="005D5911">
        <w:rPr>
          <w:rFonts w:asciiTheme="majorEastAsia" w:eastAsiaTheme="majorEastAsia" w:hAnsiTheme="majorEastAsia"/>
          <w:b w:val="0"/>
          <w:bCs/>
          <w:color w:val="000000" w:themeColor="text1"/>
          <w:lang w:eastAsia="ja-JP"/>
        </w:rPr>
        <w:t>.</w:t>
      </w:r>
      <w:r w:rsidR="009C7AD4" w:rsidRPr="005D5911">
        <w:rPr>
          <w:rFonts w:asciiTheme="majorEastAsia" w:eastAsiaTheme="majorEastAsia" w:hAnsiTheme="majorEastAsia" w:hint="eastAsia"/>
          <w:b w:val="0"/>
          <w:bCs/>
          <w:color w:val="000000" w:themeColor="text1"/>
          <w:lang w:eastAsia="ja-JP"/>
        </w:rPr>
        <w:t>4</w:t>
      </w:r>
      <w:r w:rsidR="00E40254" w:rsidRPr="005D5911">
        <w:rPr>
          <w:rFonts w:asciiTheme="majorEastAsia" w:eastAsiaTheme="majorEastAsia" w:hAnsiTheme="majorEastAsia"/>
          <w:b w:val="0"/>
          <w:bCs/>
          <w:color w:val="000000" w:themeColor="text1"/>
          <w:lang w:eastAsia="ja-JP"/>
        </w:rPr>
        <w:t xml:space="preserve"> 課題・代替提案回答表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1814"/>
        <w:gridCol w:w="2381"/>
        <w:gridCol w:w="2551"/>
        <w:gridCol w:w="2041"/>
      </w:tblGrid>
      <w:tr w:rsidR="009B43E6" w14:paraId="70A4DFF3" w14:textId="77777777" w:rsidTr="000A2FB2">
        <w:trPr>
          <w:cantSplit/>
          <w:tblHeader/>
          <w:jc w:val="center"/>
        </w:trPr>
        <w:tc>
          <w:tcPr>
            <w:tcW w:w="567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641AA4" w14:textId="77777777" w:rsidR="009B43E6" w:rsidRPr="00C82CAB" w:rsidRDefault="009B43E6" w:rsidP="000A2FB2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</w:rPr>
              <w:t>No.</w:t>
            </w:r>
          </w:p>
        </w:tc>
        <w:tc>
          <w:tcPr>
            <w:tcW w:w="1814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5EFB37" w14:textId="77777777" w:rsidR="009B43E6" w:rsidRPr="00C82CAB" w:rsidRDefault="009B43E6" w:rsidP="000A2FB2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</w:rPr>
              <w:t>対象要件</w:t>
            </w:r>
            <w:proofErr w:type="spellEnd"/>
          </w:p>
        </w:tc>
        <w:tc>
          <w:tcPr>
            <w:tcW w:w="2381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D84D8F" w14:textId="77777777" w:rsidR="009B43E6" w:rsidRPr="00C82CAB" w:rsidRDefault="009B43E6" w:rsidP="000A2FB2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</w:rPr>
              <w:t>課題・リスク</w:t>
            </w:r>
            <w:proofErr w:type="spellEnd"/>
          </w:p>
        </w:tc>
        <w:tc>
          <w:tcPr>
            <w:tcW w:w="2551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246C52" w14:textId="77777777" w:rsidR="009B43E6" w:rsidRPr="00C82CAB" w:rsidRDefault="009B43E6" w:rsidP="000A2FB2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</w:rPr>
              <w:t>代替案／推奨案</w:t>
            </w:r>
            <w:proofErr w:type="spellEnd"/>
          </w:p>
        </w:tc>
        <w:tc>
          <w:tcPr>
            <w:tcW w:w="2041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5C6BEB" w14:textId="77777777" w:rsidR="009B43E6" w:rsidRPr="00C82CAB" w:rsidRDefault="009B43E6" w:rsidP="000A2FB2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</w:rPr>
              <w:t>費用・保守への効果</w:t>
            </w:r>
            <w:proofErr w:type="spellEnd"/>
          </w:p>
        </w:tc>
      </w:tr>
      <w:tr w:rsidR="009B43E6" w14:paraId="6A01BE87" w14:textId="77777777" w:rsidTr="000A2FB2">
        <w:trPr>
          <w:cantSplit/>
          <w:jc w:val="center"/>
        </w:trPr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30555B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6"/>
              </w:rPr>
              <w:t>1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474312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E50087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520DFC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04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EF7FAB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9B43E6" w14:paraId="4DA18177" w14:textId="77777777" w:rsidTr="000A2FB2">
        <w:trPr>
          <w:cantSplit/>
          <w:jc w:val="center"/>
        </w:trPr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F72119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6"/>
              </w:rPr>
              <w:t>2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BDB70B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23D73E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0552D9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04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4802D6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9B43E6" w14:paraId="79094D20" w14:textId="77777777" w:rsidTr="000A2FB2">
        <w:trPr>
          <w:cantSplit/>
          <w:jc w:val="center"/>
        </w:trPr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F09523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6"/>
              </w:rPr>
              <w:t>3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96308F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D1DDC6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35F0A4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04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5D72C9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9B43E6" w14:paraId="4B2F0BDB" w14:textId="77777777" w:rsidTr="000A2FB2">
        <w:trPr>
          <w:cantSplit/>
          <w:jc w:val="center"/>
        </w:trPr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E0C919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6"/>
              </w:rPr>
              <w:t>4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FAEDA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33DB42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6F2267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04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87C8CC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9B43E6" w14:paraId="581F5A4B" w14:textId="77777777" w:rsidTr="000A2FB2">
        <w:trPr>
          <w:cantSplit/>
          <w:jc w:val="center"/>
        </w:trPr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E6B0EA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2A785D">
              <w:rPr>
                <w:rFonts w:asciiTheme="minorEastAsia" w:eastAsiaTheme="minorEastAsia" w:hAnsiTheme="minorEastAsia"/>
                <w:sz w:val="16"/>
              </w:rPr>
              <w:t>5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1DF17A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C5A174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CF813B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04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9DA713" w14:textId="77777777" w:rsidR="009B43E6" w:rsidRPr="002A785D" w:rsidRDefault="009B43E6" w:rsidP="000A2FB2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</w:tbl>
    <w:p w14:paraId="76DDD1D0" w14:textId="77777777" w:rsidR="00A9055B" w:rsidRDefault="00A70C5F">
      <w:pPr>
        <w:rPr>
          <w:lang w:eastAsia="ja-JP"/>
        </w:rPr>
      </w:pPr>
      <w:r>
        <w:rPr>
          <w:lang w:eastAsia="ja-JP"/>
        </w:rPr>
        <w:br w:type="page"/>
      </w:r>
    </w:p>
    <w:p w14:paraId="36C715B2" w14:textId="77777777" w:rsidR="00A9055B" w:rsidRPr="002A785D" w:rsidRDefault="00A70C5F">
      <w:pPr>
        <w:pStyle w:val="H1RFI"/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2A785D">
        <w:rPr>
          <w:rFonts w:asciiTheme="minorEastAsia" w:eastAsiaTheme="minorEastAsia" w:hAnsiTheme="minorEastAsia"/>
          <w:color w:val="000000" w:themeColor="text1"/>
          <w:lang w:eastAsia="ja-JP"/>
        </w:rPr>
        <w:lastRenderedPageBreak/>
        <w:t>別紙1 機能適合性回答表</w:t>
      </w:r>
    </w:p>
    <w:p w14:paraId="0E980E55" w14:textId="420B03A0" w:rsidR="00A9055B" w:rsidRPr="002A785D" w:rsidRDefault="00A70C5F">
      <w:pPr>
        <w:rPr>
          <w:rFonts w:asciiTheme="minorEastAsia" w:eastAsiaTheme="minorEastAsia" w:hAnsiTheme="minorEastAsia"/>
          <w:lang w:eastAsia="ja-JP"/>
        </w:rPr>
      </w:pPr>
      <w:r w:rsidRPr="002A785D">
        <w:rPr>
          <w:rFonts w:asciiTheme="minorEastAsia" w:eastAsiaTheme="minorEastAsia" w:hAnsiTheme="minorEastAsia"/>
          <w:lang w:eastAsia="ja-JP"/>
        </w:rPr>
        <w:t>回答区分は「A：標準」「B：設定」「C：</w:t>
      </w:r>
      <w:r w:rsidR="004A5AB4" w:rsidRPr="002A785D">
        <w:rPr>
          <w:rFonts w:asciiTheme="minorEastAsia" w:eastAsiaTheme="minorEastAsia" w:hAnsiTheme="minorEastAsia" w:cs="ＭＳ 明朝" w:hint="eastAsia"/>
          <w:lang w:eastAsia="ja-JP"/>
        </w:rPr>
        <w:t>個別開発</w:t>
      </w:r>
      <w:r w:rsidRPr="002A785D">
        <w:rPr>
          <w:rFonts w:asciiTheme="minorEastAsia" w:eastAsiaTheme="minorEastAsia" w:hAnsiTheme="minorEastAsia"/>
          <w:lang w:eastAsia="ja-JP"/>
        </w:rPr>
        <w:t>」「D：</w:t>
      </w:r>
      <w:r w:rsidR="004A5AB4" w:rsidRPr="002A785D">
        <w:rPr>
          <w:rFonts w:asciiTheme="minorEastAsia" w:eastAsiaTheme="minorEastAsia" w:hAnsiTheme="minorEastAsia" w:cs="ＭＳ 明朝" w:hint="eastAsia"/>
          <w:lang w:eastAsia="ja-JP"/>
        </w:rPr>
        <w:t>外部製品</w:t>
      </w:r>
      <w:r w:rsidRPr="002A785D">
        <w:rPr>
          <w:rFonts w:asciiTheme="minorEastAsia" w:eastAsiaTheme="minorEastAsia" w:hAnsiTheme="minorEastAsia"/>
          <w:lang w:eastAsia="ja-JP"/>
        </w:rPr>
        <w:t>」「E：</w:t>
      </w:r>
      <w:r w:rsidR="004A5AB4" w:rsidRPr="002A785D">
        <w:rPr>
          <w:rFonts w:asciiTheme="minorEastAsia" w:eastAsiaTheme="minorEastAsia" w:hAnsiTheme="minorEastAsia" w:cs="ＭＳ 明朝" w:hint="eastAsia"/>
          <w:lang w:eastAsia="ja-JP"/>
        </w:rPr>
        <w:t>対応不可</w:t>
      </w:r>
      <w:r w:rsidRPr="002A785D">
        <w:rPr>
          <w:rFonts w:asciiTheme="minorEastAsia" w:eastAsiaTheme="minorEastAsia" w:hAnsiTheme="minorEastAsia"/>
          <w:lang w:eastAsia="ja-JP"/>
        </w:rPr>
        <w:t>」から選択し、必要に応じて備考欄に実現方法、前提、制約、追加費用等を記載してください。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454"/>
        <w:gridCol w:w="1247"/>
        <w:gridCol w:w="3345"/>
        <w:gridCol w:w="1077"/>
        <w:gridCol w:w="1701"/>
        <w:gridCol w:w="1531"/>
      </w:tblGrid>
      <w:tr w:rsidR="00A9055B" w14:paraId="6C2A1B31" w14:textId="77777777">
        <w:trPr>
          <w:cantSplit/>
          <w:tblHeader/>
          <w:jc w:val="center"/>
        </w:trPr>
        <w:tc>
          <w:tcPr>
            <w:tcW w:w="454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6A7CFC" w14:textId="77777777" w:rsidR="00A9055B" w:rsidRPr="00C82CAB" w:rsidRDefault="00A70C5F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  <w:szCs w:val="16"/>
              </w:rPr>
              <w:t>No.</w:t>
            </w:r>
          </w:p>
        </w:tc>
        <w:tc>
          <w:tcPr>
            <w:tcW w:w="1247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49D2E5" w14:textId="77777777" w:rsidR="00A9055B" w:rsidRPr="00C82CAB" w:rsidRDefault="00A70C5F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  <w:szCs w:val="16"/>
              </w:rPr>
              <w:t>分類</w:t>
            </w:r>
            <w:proofErr w:type="spellEnd"/>
          </w:p>
        </w:tc>
        <w:tc>
          <w:tcPr>
            <w:tcW w:w="3345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2C8511" w14:textId="77777777" w:rsidR="00A9055B" w:rsidRPr="00C82CAB" w:rsidRDefault="00A70C5F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  <w:szCs w:val="16"/>
              </w:rPr>
              <w:t>機能・要件</w:t>
            </w:r>
            <w:proofErr w:type="spellEnd"/>
          </w:p>
        </w:tc>
        <w:tc>
          <w:tcPr>
            <w:tcW w:w="1077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F9A9E7" w14:textId="77777777" w:rsidR="00A9055B" w:rsidRPr="00C82CAB" w:rsidRDefault="00A70C5F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  <w:szCs w:val="16"/>
              </w:rPr>
              <w:t>回答区分</w:t>
            </w:r>
            <w:proofErr w:type="spellEnd"/>
          </w:p>
        </w:tc>
        <w:tc>
          <w:tcPr>
            <w:tcW w:w="1701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F7DCC2" w14:textId="77777777" w:rsidR="00A9055B" w:rsidRPr="00C82CAB" w:rsidRDefault="00A70C5F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  <w:szCs w:val="16"/>
              </w:rPr>
              <w:t>実現方法／製品</w:t>
            </w:r>
            <w:proofErr w:type="spellEnd"/>
          </w:p>
        </w:tc>
        <w:tc>
          <w:tcPr>
            <w:tcW w:w="1531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DCD027" w14:textId="77777777" w:rsidR="00A9055B" w:rsidRPr="00C82CAB" w:rsidRDefault="00A70C5F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  <w:szCs w:val="16"/>
              </w:rPr>
              <w:t>制約・追加費用等</w:t>
            </w:r>
            <w:proofErr w:type="spellEnd"/>
          </w:p>
        </w:tc>
      </w:tr>
      <w:tr w:rsidR="00A9055B" w14:paraId="5016CE96" w14:textId="77777777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621B65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1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C1AE29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共通</w:t>
            </w:r>
            <w:proofErr w:type="spellEnd"/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4324C6" w14:textId="2E371F96" w:rsidR="00A9055B" w:rsidRPr="002A785D" w:rsidRDefault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施設使用者、施設、区画、許可、料金、保証金、工作物、メータ等を共通キーで関連付けて一元管理できること。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E69D84" w14:textId="77777777" w:rsidR="00A9055B" w:rsidRPr="002A785D" w:rsidRDefault="00A9055B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35A5C5" w14:textId="77777777" w:rsidR="00A9055B" w:rsidRPr="002A785D" w:rsidRDefault="00A9055B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256815" w14:textId="77777777" w:rsidR="00A9055B" w:rsidRPr="002A785D" w:rsidRDefault="00A9055B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A9055B" w14:paraId="1EBA91BA" w14:textId="77777777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002BFC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2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A40DB5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共通</w:t>
            </w:r>
            <w:proofErr w:type="spellEnd"/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AEA434" w14:textId="100B7CCC" w:rsidR="00A9055B" w:rsidRPr="002A785D" w:rsidRDefault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使用者種別に応じて入力項目を表示・非表示できること。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DE5BB9" w14:textId="77777777" w:rsidR="00A9055B" w:rsidRPr="002A785D" w:rsidRDefault="00A9055B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71935D" w14:textId="77777777" w:rsidR="00A9055B" w:rsidRPr="002A785D" w:rsidRDefault="00A9055B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2F1160" w14:textId="77777777" w:rsidR="00A9055B" w:rsidRPr="002A785D" w:rsidRDefault="00A9055B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A9055B" w14:paraId="1E21C783" w14:textId="77777777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755E2A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3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AA6A0C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共通</w:t>
            </w:r>
            <w:proofErr w:type="spellEnd"/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B2FA58" w14:textId="7E2A7051" w:rsidR="00A9055B" w:rsidRPr="002A785D" w:rsidRDefault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支払区分等を有効開始日・終了日を持つ履歴情報として管理できること。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3ACD59" w14:textId="77777777" w:rsidR="00A9055B" w:rsidRPr="002A785D" w:rsidRDefault="00A9055B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E49ED6" w14:textId="77777777" w:rsidR="00A9055B" w:rsidRPr="002A785D" w:rsidRDefault="00A9055B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AE2080" w14:textId="77777777" w:rsidR="00A9055B" w:rsidRPr="002A785D" w:rsidRDefault="00A9055B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A9055B" w14:paraId="499ED58E" w14:textId="77777777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EFAD7B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4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DF06B3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共通</w:t>
            </w:r>
            <w:proofErr w:type="spellEnd"/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10D1A6" w14:textId="7A69ADA5" w:rsidR="00A9055B" w:rsidRPr="002A785D" w:rsidRDefault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仮登録、決裁中、本登録、保証金確認、公印処理、会計連携済み等の状態を管理できること。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47B83A" w14:textId="77777777" w:rsidR="00A9055B" w:rsidRPr="002A785D" w:rsidRDefault="00A9055B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736AA1" w14:textId="77777777" w:rsidR="00A9055B" w:rsidRPr="002A785D" w:rsidRDefault="00A9055B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CE68FF" w14:textId="77777777" w:rsidR="00A9055B" w:rsidRPr="002A785D" w:rsidRDefault="00A9055B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A9055B" w14:paraId="052FF7FF" w14:textId="77777777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737709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5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AA74EE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共通</w:t>
            </w:r>
            <w:proofErr w:type="spellEnd"/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548E3B" w14:textId="50C14490" w:rsidR="00A9055B" w:rsidRPr="002A785D" w:rsidRDefault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未処理、期限超過、更新漏れ、連携未完了等をダッシュボード／アラートで把握できること。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E110A7" w14:textId="77777777" w:rsidR="00A9055B" w:rsidRPr="002A785D" w:rsidRDefault="00A9055B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48AF61" w14:textId="77777777" w:rsidR="00A9055B" w:rsidRPr="002A785D" w:rsidRDefault="00A9055B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7CF0D5" w14:textId="77777777" w:rsidR="00A9055B" w:rsidRPr="002A785D" w:rsidRDefault="00A9055B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A9055B" w14:paraId="00CF9129" w14:textId="77777777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49923C" w14:textId="77777777" w:rsidR="00A9055B" w:rsidRPr="002A785D" w:rsidRDefault="00A70C5F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6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7BBBCC" w14:textId="77FD67E0" w:rsidR="00A9055B" w:rsidRPr="002A785D" w:rsidRDefault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施設使用許可</w:t>
            </w:r>
            <w:proofErr w:type="spellEnd"/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E05D33" w14:textId="222B7392" w:rsidR="00A9055B" w:rsidRPr="002A785D" w:rsidRDefault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新規許可、変更、返還、更新を管理できること。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642A12" w14:textId="77777777" w:rsidR="00A9055B" w:rsidRPr="002A785D" w:rsidRDefault="00A9055B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AEC563" w14:textId="77777777" w:rsidR="00A9055B" w:rsidRPr="002A785D" w:rsidRDefault="00A9055B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D7406D" w14:textId="77777777" w:rsidR="00A9055B" w:rsidRPr="002A785D" w:rsidRDefault="00A9055B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6E0B09" w14:paraId="791B5099" w14:textId="77777777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00733D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7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51BE7B" w14:textId="703A1785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施設使用許可</w:t>
            </w:r>
            <w:proofErr w:type="spellEnd"/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055963" w14:textId="31CB439B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業種・組合等の単位で一括更新し、一括仮登録・本登録ができること。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43099A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D41C3B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4BE19F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6E0B09" w14:paraId="403C50A1" w14:textId="77777777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EFF47F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8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8369CE" w14:textId="7FD7A988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施設使用許可</w:t>
            </w:r>
            <w:proofErr w:type="spellEnd"/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7ECA1F" w14:textId="57CB8688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一括更新前に期間切れ、仮登録残、対象漏れ候補をチェックできること。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1CC947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625D3F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9FF30F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6E0B09" w14:paraId="77CEBC8B" w14:textId="77777777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EE0395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9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0C55D4" w14:textId="2AF1116D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施設使用許可</w:t>
            </w:r>
            <w:proofErr w:type="spellEnd"/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4572AA" w14:textId="1AAB9AA3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同一区画の複数使用者、一部使用、許可面積・実使用面積を管理できること。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4CDCFF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C6D211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75AF32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6E0B09" w14:paraId="0300765A" w14:textId="77777777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242738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10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017086" w14:textId="28ECAD3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施設使用許可</w:t>
            </w:r>
            <w:proofErr w:type="spellEnd"/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46B513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現行11桁使用者番号体系・末尾自動採番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9D5F10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54B563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BF893B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6E0B09" w14:paraId="546B6E5A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C90CF9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11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0381BB" w14:textId="6D9842EB" w:rsidR="006E0B09" w:rsidRPr="002A785D" w:rsidRDefault="006E0B09" w:rsidP="00FE654C">
            <w:pPr>
              <w:spacing w:after="0" w:line="240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保証金</w:t>
            </w:r>
            <w:proofErr w:type="spellEnd"/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94A22D" w14:textId="3325C69A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保証金の納入、還付、改定、修正</w:t>
            </w:r>
            <w:r w:rsidR="002F0CB9">
              <w:rPr>
                <w:rFonts w:asciiTheme="minorEastAsia" w:eastAsiaTheme="minorEastAsia" w:hAnsiTheme="minorEastAsia" w:hint="eastAsia"/>
                <w:sz w:val="16"/>
                <w:szCs w:val="16"/>
                <w:lang w:eastAsia="ja-JP"/>
              </w:rPr>
              <w:t>について</w:t>
            </w:r>
            <w:r w:rsidRPr="002A785D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台帳管理ができること。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1E5783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101B27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EE637D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6E0B09" w14:paraId="0D0050EB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755886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12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D1EC38" w14:textId="53FD49D8" w:rsidR="006E0B09" w:rsidRPr="002A785D" w:rsidRDefault="006E0B09" w:rsidP="00FE654C">
            <w:pPr>
              <w:spacing w:after="0" w:line="240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保証金</w:t>
            </w:r>
            <w:proofErr w:type="spellEnd"/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5FC428" w14:textId="2222BF49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施設異動と連動して必要保証金額を算出できること。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F52BFE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A573AF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53D432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6E0B09" w14:paraId="4BCC0FDE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2CF72C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13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134ED7" w14:textId="178DFD67" w:rsidR="006E0B09" w:rsidRPr="002A785D" w:rsidRDefault="006E0B09" w:rsidP="00FE654C">
            <w:pPr>
              <w:spacing w:after="0" w:line="240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保証金</w:t>
            </w:r>
            <w:proofErr w:type="spellEnd"/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C4719C" w14:textId="52F733C3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条例改正前の旧条件適用者を履歴マスタ等で管理・計算できること。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474FE8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D12FC8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22BD7C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6E0B09" w14:paraId="074197FF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99EF9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14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A4A2CE" w14:textId="36988349" w:rsidR="006E0B09" w:rsidRPr="002A785D" w:rsidRDefault="006E0B09" w:rsidP="00FE654C">
            <w:pPr>
              <w:spacing w:after="0" w:line="240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保証金</w:t>
            </w:r>
            <w:proofErr w:type="spellEnd"/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06857D" w14:textId="13833B1C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権限を限定した金額修正と修正履歴管理ができること。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3BDF49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F1A2F3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051D4B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6E0B09" w14:paraId="1FBCFCE3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70CBA1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15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40CFF4" w14:textId="7A549706" w:rsidR="006E0B09" w:rsidRPr="002A785D" w:rsidRDefault="006E0B09" w:rsidP="00FE654C">
            <w:pPr>
              <w:spacing w:after="0" w:line="240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施設使用料</w:t>
            </w:r>
            <w:proofErr w:type="spellEnd"/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76B634" w14:textId="09EC572E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施設使用状況から月次料金計算、調定、内訳・明細作成ができること。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38DEAE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C3815F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46C9E9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6E0B09" w14:paraId="6FB019FA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3E5314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16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05EC19" w14:textId="28B5D867" w:rsidR="006E0B09" w:rsidRPr="002A785D" w:rsidRDefault="006E0B09" w:rsidP="00FE654C">
            <w:pPr>
              <w:spacing w:after="0" w:line="240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施設使用料</w:t>
            </w:r>
            <w:proofErr w:type="spellEnd"/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3F6003" w14:textId="6A70A7C2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月途中の使用開始・返還等の日割計算に対応できること。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532044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09ADFD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64A238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6E0B09" w14:paraId="139D663B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E191A4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17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9D2A4D" w14:textId="020265BC" w:rsidR="006E0B09" w:rsidRPr="002A785D" w:rsidRDefault="006E0B09" w:rsidP="00FE654C">
            <w:pPr>
              <w:spacing w:after="0" w:line="240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施設使用料</w:t>
            </w:r>
            <w:proofErr w:type="spellEnd"/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6CB121" w14:textId="17A62E5F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月次計算後の当月差分を追加計算し、当月請求として処理できること。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D3FAB5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45C2AD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4A4748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6E0B09" w14:paraId="1370F153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67AD71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18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7590E1" w14:textId="3FF9D1CD" w:rsidR="006E0B09" w:rsidRPr="002A785D" w:rsidRDefault="006E0B09" w:rsidP="00FE654C">
            <w:pPr>
              <w:spacing w:after="0" w:line="240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2A785D">
              <w:rPr>
                <w:rFonts w:asciiTheme="minorEastAsia" w:eastAsiaTheme="minorEastAsia" w:hAnsiTheme="minorEastAsia"/>
                <w:sz w:val="16"/>
                <w:szCs w:val="16"/>
              </w:rPr>
              <w:t>施設使用料</w:t>
            </w:r>
            <w:proofErr w:type="spellEnd"/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43F6DC" w14:textId="0F61D82B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2A785D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権限管理の下で料金修正し、変更理由・履歴を保持できること。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6217B6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346707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613D14" w14:textId="77777777" w:rsidR="006E0B09" w:rsidRPr="002A785D" w:rsidRDefault="006E0B09" w:rsidP="006E0B09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696B8A" w14:paraId="0B453738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E6B472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lastRenderedPageBreak/>
              <w:t>19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A57B91" w14:textId="6F8C9ACA" w:rsidR="00696B8A" w:rsidRPr="00FE654C" w:rsidRDefault="00696B8A" w:rsidP="00FE654C">
            <w:pPr>
              <w:spacing w:after="0" w:line="264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売上高割</w:t>
            </w:r>
            <w:proofErr w:type="spellEnd"/>
            <w:r w:rsidRPr="00FE654C">
              <w:rPr>
                <w:rFonts w:asciiTheme="minorEastAsia" w:eastAsiaTheme="minorEastAsia" w:hAnsiTheme="minorEastAsia" w:hint="eastAsia"/>
                <w:sz w:val="16"/>
                <w:szCs w:val="16"/>
                <w:lang w:eastAsia="ja-JP"/>
              </w:rPr>
              <w:t>使用料</w:t>
            </w:r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8230C9" w14:textId="41D228D4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税抜・税込売上額を入力・保持し、税抜額を基礎に売上高割使用料を計算できること。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9650F6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AC9AD9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BD5A7C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696B8A" w14:paraId="4F220F7B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640F98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20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B73986" w14:textId="3117768B" w:rsidR="00696B8A" w:rsidRPr="00FE654C" w:rsidRDefault="00696B8A" w:rsidP="00FE654C">
            <w:pPr>
              <w:spacing w:after="0" w:line="264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売上高割</w:t>
            </w:r>
            <w:proofErr w:type="spellEnd"/>
            <w:r w:rsidRPr="00FE654C">
              <w:rPr>
                <w:rFonts w:asciiTheme="minorEastAsia" w:eastAsiaTheme="minorEastAsia" w:hAnsiTheme="minorEastAsia" w:hint="eastAsia"/>
                <w:sz w:val="16"/>
                <w:szCs w:val="16"/>
                <w:lang w:eastAsia="ja-JP"/>
              </w:rPr>
              <w:t>使用料</w:t>
            </w:r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269489" w14:textId="27EAE793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税率、料率、軽減税率等を有効期間付きマスタで管理できること。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1D10DB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1C672B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AEACA5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696B8A" w14:paraId="1A613CDD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B8BDD8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21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57F158" w14:textId="60E1D578" w:rsidR="00696B8A" w:rsidRPr="00FE654C" w:rsidRDefault="00696B8A" w:rsidP="00FE654C">
            <w:pPr>
              <w:spacing w:after="0" w:line="264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売上高割</w:t>
            </w:r>
            <w:proofErr w:type="spellEnd"/>
            <w:r w:rsidRPr="00FE654C">
              <w:rPr>
                <w:rFonts w:asciiTheme="minorEastAsia" w:eastAsiaTheme="minorEastAsia" w:hAnsiTheme="minorEastAsia" w:hint="eastAsia"/>
                <w:sz w:val="16"/>
                <w:szCs w:val="16"/>
                <w:lang w:eastAsia="ja-JP"/>
              </w:rPr>
              <w:t>使用料</w:t>
            </w:r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D289B2" w14:textId="1384B044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数量計算ロジック、係数等をマスタ化できること。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F94B80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D2658A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8E124F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696B8A" w14:paraId="576D551F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68ADCC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22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E037D7" w14:textId="53720114" w:rsidR="00696B8A" w:rsidRPr="00FE654C" w:rsidRDefault="00696B8A" w:rsidP="00FE654C">
            <w:pPr>
              <w:spacing w:after="0" w:line="264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売上高割</w:t>
            </w:r>
            <w:proofErr w:type="spellEnd"/>
            <w:r w:rsidRPr="00FE654C">
              <w:rPr>
                <w:rFonts w:asciiTheme="minorEastAsia" w:eastAsiaTheme="minorEastAsia" w:hAnsiTheme="minorEastAsia" w:hint="eastAsia"/>
                <w:sz w:val="16"/>
                <w:szCs w:val="16"/>
                <w:lang w:eastAsia="ja-JP"/>
              </w:rPr>
              <w:t>使用料</w:t>
            </w:r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CAE694" w14:textId="42F69483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決議書、内訳書、明細書等をExcel等で出力できること。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FCB3CE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8A9903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1CE441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696B8A" w14:paraId="37D37ED6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67795B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23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A74B89" w14:textId="3FE642F4" w:rsidR="00696B8A" w:rsidRPr="00FE654C" w:rsidRDefault="00696B8A" w:rsidP="00FE654C">
            <w:pPr>
              <w:spacing w:after="0" w:line="264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維持料</w:t>
            </w:r>
            <w:proofErr w:type="spellEnd"/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099871" w14:textId="3DD0577F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電気・水道の検針データをファイル取込できること。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2A0070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5FBD46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ED188C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696B8A" w14:paraId="7CE1FE50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B5B8A0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24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78A6A5" w14:textId="3713D9BB" w:rsidR="00696B8A" w:rsidRPr="00FE654C" w:rsidRDefault="00696B8A" w:rsidP="00FE654C">
            <w:pPr>
              <w:spacing w:after="0" w:line="264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維持料</w:t>
            </w:r>
            <w:proofErr w:type="spellEnd"/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9DDD96" w14:textId="3B7339F2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直読メータ等の使用量を手入力・補正できること。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4A8E92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4C5108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CD5927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696B8A" w14:paraId="39568961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E63867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25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0E8C48" w14:textId="571B9F46" w:rsidR="00696B8A" w:rsidRPr="00FE654C" w:rsidRDefault="00696B8A" w:rsidP="00FE654C">
            <w:pPr>
              <w:spacing w:after="0" w:line="264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維持料</w:t>
            </w:r>
            <w:proofErr w:type="spellEnd"/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2856DC" w14:textId="62EE91FA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架空メータ、合算、控除、係数、按分率、負数等の計算に対応できること。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99124E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60391D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7BF444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696B8A" w14:paraId="680A59F2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E11C50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26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080D3E" w14:textId="53DF171E" w:rsidR="00696B8A" w:rsidRPr="00FE654C" w:rsidRDefault="00696B8A" w:rsidP="00FE654C">
            <w:pPr>
              <w:spacing w:after="0" w:line="264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維持料</w:t>
            </w:r>
            <w:proofErr w:type="spellEnd"/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F0D7BF" w14:textId="6A46A8F4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料金計算後の数量・金額修正と再計算ができること。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917429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21FE18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1DB736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696B8A" w14:paraId="32E504BC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29961E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27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70EABF" w14:textId="3A8D6CA0" w:rsidR="00696B8A" w:rsidRPr="00FE654C" w:rsidRDefault="00696B8A" w:rsidP="00FE654C">
            <w:pPr>
              <w:spacing w:after="0" w:line="264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維持料</w:t>
            </w:r>
            <w:proofErr w:type="spellEnd"/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EA5FF4" w14:textId="217CEF2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未使用区画等に料金が発生した場合に警告／エラー制御できること。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6FE0D2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108F36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52E9EE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696B8A" w14:paraId="2419B140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F37FC2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28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78F8B1" w14:textId="143CEE3E" w:rsidR="00696B8A" w:rsidRPr="00FE654C" w:rsidRDefault="00696B8A" w:rsidP="00FE654C">
            <w:pPr>
              <w:spacing w:after="0" w:line="264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工作物</w:t>
            </w:r>
            <w:proofErr w:type="spellEnd"/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E94F28" w14:textId="099316BC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工作物申請、承認、台帳、検査結果等を管理できること。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8E757E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3E32F2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355565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696B8A" w14:paraId="0E3C1C03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B1A883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29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9A6F46" w14:textId="28872773" w:rsidR="00696B8A" w:rsidRPr="00FE654C" w:rsidRDefault="00696B8A" w:rsidP="00FE654C">
            <w:pPr>
              <w:spacing w:after="0" w:line="264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工作物</w:t>
            </w:r>
            <w:proofErr w:type="spellEnd"/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ABA76D" w14:textId="5E659516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共用部工作物を区画に依存せず登録できること。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42AFA7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597634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188F3F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696B8A" w14:paraId="3FA61628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0B5471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30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B3331D" w14:textId="1A560169" w:rsidR="00696B8A" w:rsidRPr="00FE654C" w:rsidRDefault="00696B8A" w:rsidP="00FE654C">
            <w:pPr>
              <w:spacing w:after="0" w:line="264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工作物</w:t>
            </w:r>
            <w:proofErr w:type="spellEnd"/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BCC4FC" w14:textId="678E1910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1つの工作物を複数区画に紐付けられること。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DDF580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201661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0749C6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696B8A" w14:paraId="4BC54708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ACE5A7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31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F331CD" w14:textId="17BB26FF" w:rsidR="00696B8A" w:rsidRPr="00FE654C" w:rsidRDefault="00696B8A" w:rsidP="00FE654C">
            <w:pPr>
              <w:spacing w:after="0" w:line="264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工作物</w:t>
            </w:r>
            <w:proofErr w:type="spellEnd"/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CA6229" w14:textId="5629402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工作物名称等の部分一致検索ができること。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248CD3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3B2A89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DB7FDE" w14:textId="77777777" w:rsidR="00696B8A" w:rsidRPr="00FE654C" w:rsidRDefault="00696B8A" w:rsidP="00696B8A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4A5AB4" w14:paraId="665C1BF8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42E082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32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ABDCEE" w14:textId="0BD80743" w:rsidR="004A5AB4" w:rsidRPr="00FE654C" w:rsidRDefault="004A5AB4" w:rsidP="00FE654C">
            <w:pPr>
              <w:spacing w:after="0" w:line="264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図面</w:t>
            </w:r>
            <w:proofErr w:type="spellEnd"/>
            <w:r w:rsidRPr="00FE654C">
              <w:rPr>
                <w:rFonts w:asciiTheme="minorEastAsia" w:eastAsiaTheme="minorEastAsia" w:hAnsiTheme="minorEastAsia" w:hint="eastAsia"/>
                <w:sz w:val="16"/>
                <w:szCs w:val="16"/>
                <w:lang w:eastAsia="ja-JP"/>
              </w:rPr>
              <w:t>管理</w:t>
            </w:r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475A0C" w14:textId="73935165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Webブラウザ上の簡易フロアマップで区画、使用者、空き状況、面積等を表示できること。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56520D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96B8CF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3C88E3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4A5AB4" w14:paraId="37ED6E32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A9D913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33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F9A1E4" w14:textId="6B4A0875" w:rsidR="004A5AB4" w:rsidRPr="00FE654C" w:rsidRDefault="004A5AB4" w:rsidP="00FE654C">
            <w:pPr>
              <w:spacing w:after="0" w:line="264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図面</w:t>
            </w:r>
            <w:proofErr w:type="spellEnd"/>
            <w:r w:rsidRPr="00FE654C">
              <w:rPr>
                <w:rFonts w:asciiTheme="minorEastAsia" w:eastAsiaTheme="minorEastAsia" w:hAnsiTheme="minorEastAsia" w:hint="eastAsia"/>
                <w:sz w:val="16"/>
                <w:szCs w:val="16"/>
                <w:lang w:eastAsia="ja-JP"/>
              </w:rPr>
              <w:t>管理</w:t>
            </w:r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C48890" w14:textId="0DE6043D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区画追加、移動、サイズ変更、削除等を担当者が保守できること。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B7C2F8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BF88F3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F598A3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4A5AB4" w14:paraId="6366C3A3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A94ADC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34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A99378" w14:textId="59D9888A" w:rsidR="004A5AB4" w:rsidRPr="00FE654C" w:rsidRDefault="004A5AB4" w:rsidP="00FE654C">
            <w:pPr>
              <w:spacing w:after="0" w:line="264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図面</w:t>
            </w:r>
            <w:proofErr w:type="spellEnd"/>
            <w:r w:rsidRPr="00FE654C">
              <w:rPr>
                <w:rFonts w:asciiTheme="minorEastAsia" w:eastAsiaTheme="minorEastAsia" w:hAnsiTheme="minorEastAsia" w:hint="eastAsia"/>
                <w:sz w:val="16"/>
                <w:szCs w:val="16"/>
                <w:lang w:eastAsia="ja-JP"/>
              </w:rPr>
              <w:t>管理</w:t>
            </w:r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8B2940" w14:textId="16EB5255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FE654C">
              <w:rPr>
                <w:rFonts w:asciiTheme="minorEastAsia" w:eastAsiaTheme="minorEastAsia" w:hAnsiTheme="minorEastAsia" w:hint="eastAsia"/>
                <w:sz w:val="16"/>
                <w:szCs w:val="16"/>
                <w:lang w:eastAsia="ja-JP"/>
              </w:rPr>
              <w:t>使用</w:t>
            </w:r>
            <w:r w:rsidRPr="00FE654C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許可等の登録結果を図面上の使用状態に反映できること。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BA611B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2C0F2A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4EAD9B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4A5AB4" w14:paraId="0444FB7F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6C241F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35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B2A648" w14:textId="0D059BFD" w:rsidR="004A5AB4" w:rsidRPr="00FE654C" w:rsidRDefault="004A5AB4" w:rsidP="00FE654C">
            <w:pPr>
              <w:spacing w:after="0" w:line="264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図面</w:t>
            </w:r>
            <w:proofErr w:type="spellEnd"/>
            <w:r w:rsidRPr="00FE654C">
              <w:rPr>
                <w:rFonts w:asciiTheme="minorEastAsia" w:eastAsiaTheme="minorEastAsia" w:hAnsiTheme="minorEastAsia" w:hint="eastAsia"/>
                <w:sz w:val="16"/>
                <w:szCs w:val="16"/>
                <w:lang w:eastAsia="ja-JP"/>
              </w:rPr>
              <w:t>管理</w:t>
            </w:r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A1FD16" w14:textId="5078C692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図面・区画情報を印刷／出力できること。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77022C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9B08E9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B18B98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4A5AB4" w14:paraId="611ECD29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70F03B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36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BCF102" w14:textId="6F3A3787" w:rsidR="004A5AB4" w:rsidRPr="00FE654C" w:rsidRDefault="004A5AB4" w:rsidP="00FE654C">
            <w:pPr>
              <w:spacing w:after="0" w:line="264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FE654C">
              <w:rPr>
                <w:rFonts w:asciiTheme="minorEastAsia" w:eastAsiaTheme="minorEastAsia" w:hAnsiTheme="minorEastAsia" w:hint="eastAsia"/>
                <w:sz w:val="16"/>
                <w:szCs w:val="16"/>
                <w:lang w:eastAsia="ja-JP"/>
              </w:rPr>
              <w:t>検索・帳票</w:t>
            </w:r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76B0F1" w14:textId="41085965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使用者、施設、区画、許可、料金、工作物等を複数条件で検索できること。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6EF7E0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281C8D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DC0E56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4A5AB4" w14:paraId="1F864AF2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B18884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37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CF1C00" w14:textId="75B15717" w:rsidR="004A5AB4" w:rsidRPr="00FE654C" w:rsidRDefault="004A5AB4" w:rsidP="00FE654C">
            <w:pPr>
              <w:spacing w:after="0" w:line="264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FE654C">
              <w:rPr>
                <w:rFonts w:asciiTheme="minorEastAsia" w:eastAsiaTheme="minorEastAsia" w:hAnsiTheme="minorEastAsia" w:hint="eastAsia"/>
                <w:sz w:val="16"/>
                <w:szCs w:val="16"/>
                <w:lang w:eastAsia="ja-JP"/>
              </w:rPr>
              <w:t>検索・帳票</w:t>
            </w:r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720324" w14:textId="24F67548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過去データを画面照会し、Excel出力できること。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EF5F6F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2CF99E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710980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4A5AB4" w14:paraId="20FD9860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F5D86A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38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7C44AE" w14:textId="1C74FBAC" w:rsidR="004A5AB4" w:rsidRPr="00FE654C" w:rsidRDefault="004A5AB4" w:rsidP="00FE654C">
            <w:pPr>
              <w:spacing w:after="0" w:line="264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FE654C">
              <w:rPr>
                <w:rFonts w:asciiTheme="minorEastAsia" w:eastAsiaTheme="minorEastAsia" w:hAnsiTheme="minorEastAsia" w:hint="eastAsia"/>
                <w:sz w:val="16"/>
                <w:szCs w:val="16"/>
                <w:lang w:eastAsia="ja-JP"/>
              </w:rPr>
              <w:t>検索・帳票</w:t>
            </w:r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63AFE3" w14:textId="5E0AC71B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帳票様式変更を設定または容易な改修で行えること。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5F67CB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1D7F6F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AE9102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4A5AB4" w14:paraId="533FDED5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CB5985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</w:rPr>
              <w:t>39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36081B" w14:textId="28DC5072" w:rsidR="004A5AB4" w:rsidRPr="00FE654C" w:rsidRDefault="004A5AB4" w:rsidP="00FE654C">
            <w:pPr>
              <w:spacing w:after="0" w:line="264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FE654C">
              <w:rPr>
                <w:rFonts w:asciiTheme="minorEastAsia" w:eastAsiaTheme="minorEastAsia" w:hAnsiTheme="minorEastAsia" w:hint="eastAsia"/>
                <w:sz w:val="16"/>
                <w:szCs w:val="16"/>
                <w:lang w:eastAsia="ja-JP"/>
              </w:rPr>
              <w:t>検索・帳票</w:t>
            </w:r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E19D8B" w14:textId="1DEAE8F3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多数のExcel帳票を運用した場合の性能・保守性を確保できること。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65BE01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371B67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2345F7" w14:textId="77777777" w:rsidR="004A5AB4" w:rsidRPr="00FE654C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4A5AB4" w14:paraId="00F1F389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5483DE" w14:textId="77777777" w:rsidR="004A5AB4" w:rsidRPr="004A5AB4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4A5AB4">
              <w:rPr>
                <w:rFonts w:asciiTheme="minorEastAsia" w:eastAsiaTheme="minorEastAsia" w:hAnsiTheme="minorEastAsia"/>
                <w:sz w:val="16"/>
                <w:szCs w:val="16"/>
              </w:rPr>
              <w:lastRenderedPageBreak/>
              <w:t>40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53CA78" w14:textId="24274B59" w:rsidR="004A5AB4" w:rsidRPr="004A5AB4" w:rsidRDefault="004A5AB4" w:rsidP="00FE654C">
            <w:pPr>
              <w:spacing w:after="0" w:line="264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  <w:szCs w:val="16"/>
                <w:lang w:eastAsia="ja-JP"/>
              </w:rPr>
              <w:t>会計連携</w:t>
            </w:r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8B29DF" w14:textId="4A522E42" w:rsidR="004A5AB4" w:rsidRPr="004A5AB4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4A5AB4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連携済み管理、再出力制御、二重計上を防止できること。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D22668" w14:textId="77777777" w:rsidR="004A5AB4" w:rsidRPr="004A5AB4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1827D1" w14:textId="77777777" w:rsidR="004A5AB4" w:rsidRPr="004A5AB4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BC5412" w14:textId="77777777" w:rsidR="004A5AB4" w:rsidRPr="004A5AB4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4A5AB4" w14:paraId="6DE71C6C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187CB3" w14:textId="77777777" w:rsidR="004A5AB4" w:rsidRPr="004A5AB4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4A5AB4">
              <w:rPr>
                <w:rFonts w:asciiTheme="minorEastAsia" w:eastAsiaTheme="minorEastAsia" w:hAnsiTheme="minorEastAsia"/>
                <w:sz w:val="16"/>
                <w:szCs w:val="16"/>
              </w:rPr>
              <w:t>41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74C622" w14:textId="7AC6441A" w:rsidR="004A5AB4" w:rsidRPr="004A5AB4" w:rsidRDefault="004A5AB4" w:rsidP="00FE654C">
            <w:pPr>
              <w:spacing w:after="0" w:line="264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  <w:szCs w:val="16"/>
                <w:lang w:eastAsia="ja-JP"/>
              </w:rPr>
              <w:t>会計連携</w:t>
            </w:r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E1C2E6" w14:textId="1DDF232B" w:rsidR="004A5AB4" w:rsidRPr="004A5AB4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4A5AB4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準公営企業財務会計システム向けファイルを作成できること。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FE9C0A" w14:textId="77777777" w:rsidR="004A5AB4" w:rsidRPr="004A5AB4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B50519" w14:textId="77777777" w:rsidR="004A5AB4" w:rsidRPr="004A5AB4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916547" w14:textId="77777777" w:rsidR="004A5AB4" w:rsidRPr="004A5AB4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4A5AB4" w14:paraId="6F16872D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3A4DF3" w14:textId="77777777" w:rsidR="004A5AB4" w:rsidRPr="004A5AB4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4A5AB4">
              <w:rPr>
                <w:rFonts w:asciiTheme="minorEastAsia" w:eastAsiaTheme="minorEastAsia" w:hAnsiTheme="minorEastAsia"/>
                <w:sz w:val="16"/>
                <w:szCs w:val="16"/>
              </w:rPr>
              <w:t>42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CD40B7" w14:textId="22128290" w:rsidR="004A5AB4" w:rsidRPr="004A5AB4" w:rsidRDefault="004A5AB4" w:rsidP="00FE654C">
            <w:pPr>
              <w:spacing w:after="0" w:line="264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  <w:szCs w:val="16"/>
                <w:lang w:eastAsia="ja-JP"/>
              </w:rPr>
              <w:t>監査・履歴</w:t>
            </w:r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38735C" w14:textId="4244670C" w:rsidR="004A5AB4" w:rsidRPr="004A5AB4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4A5AB4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更新者、更新日時、変更前後値、変更理由等を履歴として保持できること。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AE8A2E" w14:textId="77777777" w:rsidR="004A5AB4" w:rsidRPr="004A5AB4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F7E6FF" w14:textId="77777777" w:rsidR="004A5AB4" w:rsidRPr="004A5AB4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6587C6" w14:textId="77777777" w:rsidR="004A5AB4" w:rsidRPr="004A5AB4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4A5AB4" w14:paraId="21CF6731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4CC341" w14:textId="77777777" w:rsidR="004A5AB4" w:rsidRPr="004A5AB4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4A5AB4">
              <w:rPr>
                <w:rFonts w:asciiTheme="minorEastAsia" w:eastAsiaTheme="minorEastAsia" w:hAnsiTheme="minorEastAsia"/>
                <w:sz w:val="16"/>
                <w:szCs w:val="16"/>
              </w:rPr>
              <w:t>43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EB82D4" w14:textId="6C3E0C2B" w:rsidR="004A5AB4" w:rsidRPr="004A5AB4" w:rsidRDefault="004A5AB4" w:rsidP="00FE654C">
            <w:pPr>
              <w:spacing w:after="0" w:line="264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  <w:szCs w:val="16"/>
                <w:lang w:eastAsia="ja-JP"/>
              </w:rPr>
              <w:t>マスタ</w:t>
            </w:r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0706A2" w14:textId="220216A0" w:rsidR="004A5AB4" w:rsidRPr="004A5AB4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4A5AB4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税率、単価、料率、端数、保証金条件等を有効期間付きで変更できること。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966C5C" w14:textId="77777777" w:rsidR="004A5AB4" w:rsidRPr="004A5AB4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C7FAD5" w14:textId="77777777" w:rsidR="004A5AB4" w:rsidRPr="004A5AB4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EEAF7F" w14:textId="77777777" w:rsidR="004A5AB4" w:rsidRPr="004A5AB4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4A5AB4" w14:paraId="38CF61E1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B6844A" w14:textId="77777777" w:rsidR="004A5AB4" w:rsidRPr="004A5AB4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4A5AB4">
              <w:rPr>
                <w:rFonts w:asciiTheme="minorEastAsia" w:eastAsiaTheme="minorEastAsia" w:hAnsiTheme="minorEastAsia"/>
                <w:sz w:val="16"/>
                <w:szCs w:val="16"/>
              </w:rPr>
              <w:t>44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FDDB47" w14:textId="3C1CC267" w:rsidR="004A5AB4" w:rsidRPr="004A5AB4" w:rsidRDefault="004A5AB4" w:rsidP="00FE654C">
            <w:pPr>
              <w:spacing w:after="0" w:line="264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  <w:szCs w:val="16"/>
                <w:lang w:eastAsia="ja-JP"/>
              </w:rPr>
              <w:t>添付</w:t>
            </w:r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D22F2C" w14:textId="7373C041" w:rsidR="004A5AB4" w:rsidRPr="004A5AB4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4A5AB4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紙申請等をスキャンしたPDF等を関連データに添付できること。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6898E7" w14:textId="77777777" w:rsidR="004A5AB4" w:rsidRPr="004A5AB4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BEC1A9" w14:textId="77777777" w:rsidR="004A5AB4" w:rsidRPr="004A5AB4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187865" w14:textId="77777777" w:rsidR="004A5AB4" w:rsidRPr="004A5AB4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4A5AB4" w14:paraId="6868B48B" w14:textId="77777777" w:rsidTr="00FE654C">
        <w:trPr>
          <w:cantSplit/>
          <w:jc w:val="center"/>
        </w:trPr>
        <w:tc>
          <w:tcPr>
            <w:tcW w:w="4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EACE82" w14:textId="77777777" w:rsidR="004A5AB4" w:rsidRPr="004A5AB4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4A5AB4">
              <w:rPr>
                <w:rFonts w:asciiTheme="minorEastAsia" w:eastAsiaTheme="minorEastAsia" w:hAnsiTheme="minorEastAsia"/>
                <w:sz w:val="16"/>
                <w:szCs w:val="16"/>
              </w:rPr>
              <w:t>45</w:t>
            </w:r>
          </w:p>
        </w:tc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00F590" w14:textId="4D9FC955" w:rsidR="004A5AB4" w:rsidRPr="004A5AB4" w:rsidRDefault="004A5AB4" w:rsidP="00FE654C">
            <w:pPr>
              <w:spacing w:after="0" w:line="264" w:lineRule="auto"/>
              <w:jc w:val="both"/>
              <w:rPr>
                <w:rFonts w:asciiTheme="minorEastAsia" w:eastAsiaTheme="minorEastAsia" w:hAnsiTheme="minorEastAsia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  <w:szCs w:val="16"/>
                <w:lang w:eastAsia="ja-JP"/>
              </w:rPr>
              <w:t>権限</w:t>
            </w:r>
          </w:p>
        </w:tc>
        <w:tc>
          <w:tcPr>
            <w:tcW w:w="334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D99930" w14:textId="496B5824" w:rsidR="004A5AB4" w:rsidRPr="004A5AB4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4A5AB4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業務・市場・担当者等に応じて閲覧／更新権限を設定できること。</w:t>
            </w:r>
          </w:p>
        </w:tc>
        <w:tc>
          <w:tcPr>
            <w:tcW w:w="107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D6944A" w14:textId="77777777" w:rsidR="004A5AB4" w:rsidRPr="004A5AB4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03AA28" w14:textId="77777777" w:rsidR="004A5AB4" w:rsidRPr="004A5AB4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A3A11D" w14:textId="77777777" w:rsidR="004A5AB4" w:rsidRPr="004A5AB4" w:rsidRDefault="004A5AB4" w:rsidP="004A5AB4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</w:tbl>
    <w:p w14:paraId="5175B5D3" w14:textId="77777777" w:rsidR="00A9055B" w:rsidRDefault="00A70C5F">
      <w:pPr>
        <w:rPr>
          <w:lang w:eastAsia="ja-JP"/>
        </w:rPr>
      </w:pPr>
      <w:r>
        <w:rPr>
          <w:lang w:eastAsia="ja-JP"/>
        </w:rPr>
        <w:br w:type="page"/>
      </w:r>
    </w:p>
    <w:p w14:paraId="2BCD4C26" w14:textId="77777777" w:rsidR="00A9055B" w:rsidRPr="00FE654C" w:rsidRDefault="00A70C5F">
      <w:pPr>
        <w:pStyle w:val="H1RFI"/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FE654C">
        <w:rPr>
          <w:rFonts w:asciiTheme="minorEastAsia" w:eastAsiaTheme="minorEastAsia" w:hAnsiTheme="minorEastAsia"/>
          <w:color w:val="000000" w:themeColor="text1"/>
          <w:lang w:eastAsia="ja-JP"/>
        </w:rPr>
        <w:lastRenderedPageBreak/>
        <w:t>別紙2 構成・ライセンス・費用回答表</w:t>
      </w:r>
    </w:p>
    <w:p w14:paraId="7DEF283D" w14:textId="77777777" w:rsidR="00A9055B" w:rsidRPr="00FE654C" w:rsidRDefault="00A70C5F">
      <w:pPr>
        <w:pStyle w:val="H2RFI"/>
        <w:rPr>
          <w:rFonts w:asciiTheme="minorEastAsia" w:eastAsiaTheme="minorEastAsia" w:hAnsiTheme="minorEastAsia"/>
          <w:color w:val="000000" w:themeColor="text1"/>
        </w:rPr>
      </w:pPr>
      <w:r w:rsidRPr="00FE654C">
        <w:rPr>
          <w:rFonts w:asciiTheme="minorEastAsia" w:eastAsiaTheme="minorEastAsia" w:hAnsiTheme="minorEastAsia"/>
          <w:color w:val="000000" w:themeColor="text1"/>
        </w:rPr>
        <w:t xml:space="preserve">1. </w:t>
      </w:r>
      <w:proofErr w:type="spellStart"/>
      <w:r w:rsidRPr="00FE654C">
        <w:rPr>
          <w:rFonts w:asciiTheme="minorEastAsia" w:eastAsiaTheme="minorEastAsia" w:hAnsiTheme="minorEastAsia"/>
          <w:color w:val="000000" w:themeColor="text1"/>
        </w:rPr>
        <w:t>システム構成</w:t>
      </w:r>
      <w:proofErr w:type="spellEnd"/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2835"/>
        <w:gridCol w:w="2268"/>
        <w:gridCol w:w="1984"/>
      </w:tblGrid>
      <w:tr w:rsidR="00A9055B" w:rsidRPr="00FE654C" w14:paraId="35D18C6B" w14:textId="77777777">
        <w:trPr>
          <w:cantSplit/>
          <w:tblHeader/>
          <w:jc w:val="center"/>
        </w:trPr>
        <w:tc>
          <w:tcPr>
            <w:tcW w:w="2268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E7B594" w14:textId="77777777" w:rsidR="00A9055B" w:rsidRPr="00FE654C" w:rsidRDefault="00A70C5F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b/>
                <w:color w:val="FFFFFF"/>
                <w:sz w:val="16"/>
              </w:rPr>
              <w:t>構成要素</w:t>
            </w:r>
            <w:proofErr w:type="spellEnd"/>
          </w:p>
        </w:tc>
        <w:tc>
          <w:tcPr>
            <w:tcW w:w="2835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2DCDB4" w14:textId="77777777" w:rsidR="00A9055B" w:rsidRPr="00FE654C" w:rsidRDefault="00A70C5F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b/>
                <w:color w:val="FFFFFF"/>
                <w:sz w:val="16"/>
              </w:rPr>
              <w:t>製品・サービス名</w:t>
            </w:r>
            <w:proofErr w:type="spellEnd"/>
          </w:p>
        </w:tc>
        <w:tc>
          <w:tcPr>
            <w:tcW w:w="2268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392B30" w14:textId="77777777" w:rsidR="00A9055B" w:rsidRPr="00FE654C" w:rsidRDefault="00A70C5F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b/>
                <w:color w:val="FFFFFF"/>
                <w:sz w:val="16"/>
              </w:rPr>
              <w:t>提供者／契約形態</w:t>
            </w:r>
            <w:proofErr w:type="spellEnd"/>
          </w:p>
        </w:tc>
        <w:tc>
          <w:tcPr>
            <w:tcW w:w="1984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3A9E23" w14:textId="77777777" w:rsidR="00A9055B" w:rsidRPr="00FE654C" w:rsidRDefault="00A70C5F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b/>
                <w:color w:val="FFFFFF"/>
                <w:sz w:val="16"/>
              </w:rPr>
              <w:t>備考</w:t>
            </w:r>
            <w:proofErr w:type="spellEnd"/>
          </w:p>
        </w:tc>
      </w:tr>
      <w:tr w:rsidR="00A9055B" w:rsidRPr="00FE654C" w14:paraId="6DA8C028" w14:textId="77777777">
        <w:trPr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04A755" w14:textId="4CB0A048" w:rsidR="00A9055B" w:rsidRPr="00FE654C" w:rsidRDefault="009951F1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FE654C">
              <w:rPr>
                <w:rFonts w:asciiTheme="minorEastAsia" w:eastAsiaTheme="minorEastAsia" w:hAnsiTheme="minorEastAsia" w:cs="ＭＳ 明朝" w:hint="eastAsia"/>
                <w:sz w:val="16"/>
                <w:lang w:eastAsia="ja-JP"/>
              </w:rPr>
              <w:t>ノー</w:t>
            </w:r>
            <w:r w:rsidRPr="00FE654C">
              <w:rPr>
                <w:rFonts w:asciiTheme="minorEastAsia" w:eastAsiaTheme="minorEastAsia" w:hAnsiTheme="minorEastAsia"/>
                <w:sz w:val="16"/>
                <w:lang w:eastAsia="ja-JP"/>
              </w:rPr>
              <w:t>コード／</w:t>
            </w:r>
            <w:r w:rsidRPr="00FE654C">
              <w:rPr>
                <w:rFonts w:asciiTheme="minorEastAsia" w:eastAsiaTheme="minorEastAsia" w:hAnsiTheme="minorEastAsia" w:cs="ＭＳ 明朝" w:hint="eastAsia"/>
                <w:sz w:val="16"/>
                <w:lang w:eastAsia="ja-JP"/>
              </w:rPr>
              <w:t>ロー</w:t>
            </w:r>
            <w:r w:rsidRPr="00FE654C">
              <w:rPr>
                <w:rFonts w:asciiTheme="minorEastAsia" w:eastAsiaTheme="minorEastAsia" w:hAnsiTheme="minorEastAsia"/>
                <w:sz w:val="16"/>
                <w:lang w:eastAsia="ja-JP"/>
              </w:rPr>
              <w:t>コード基盤</w:t>
            </w:r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944624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5399E2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4365E5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A9055B" w:rsidRPr="00FE654C" w14:paraId="39FB5983" w14:textId="77777777">
        <w:trPr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E0A0AF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データベース</w:t>
            </w:r>
            <w:proofErr w:type="spellEnd"/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8157FB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18FC24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8DE79E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A9055B" w:rsidRPr="00FE654C" w14:paraId="6FF3AE3D" w14:textId="77777777">
        <w:trPr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A5CA82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ワークフロ</w:t>
            </w:r>
            <w:proofErr w:type="spellEnd"/>
            <w:r w:rsidRPr="00FE654C">
              <w:rPr>
                <w:rFonts w:asciiTheme="minorEastAsia" w:eastAsiaTheme="minorEastAsia" w:hAnsiTheme="minorEastAsia"/>
                <w:sz w:val="16"/>
              </w:rPr>
              <w:t>ー</w:t>
            </w:r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56C7D9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3DBBF4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605D9A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A9055B" w:rsidRPr="00FE654C" w14:paraId="729267A4" w14:textId="77777777">
        <w:trPr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705D6F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帳票</w:t>
            </w:r>
            <w:proofErr w:type="spellEnd"/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BD4E27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6C1E7D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DA5F9A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A9055B" w:rsidRPr="00FE654C" w14:paraId="18ED6244" w14:textId="77777777">
        <w:trPr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9EF077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図面表示・編集</w:t>
            </w:r>
            <w:proofErr w:type="spellEnd"/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7C0907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733EDD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3F7EB9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A9055B" w:rsidRPr="00FE654C" w14:paraId="19C65A9C" w14:textId="77777777">
        <w:trPr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DF831F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ファイル連携</w:t>
            </w:r>
            <w:proofErr w:type="spellEnd"/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B633D9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EFE1C6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B54FE1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A9055B" w:rsidRPr="00FE654C" w14:paraId="30EFCFE2" w14:textId="77777777">
        <w:trPr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8ECD7D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認証</w:t>
            </w:r>
            <w:proofErr w:type="spellEnd"/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6E24CE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86B7FE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4D7E37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A9055B" w:rsidRPr="00FE654C" w14:paraId="3D0855DD" w14:textId="77777777">
        <w:trPr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06EB03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バックアップ</w:t>
            </w:r>
            <w:proofErr w:type="spellEnd"/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72D118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CC5B0F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CE4A62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A9055B" w:rsidRPr="00FE654C" w14:paraId="51D12390" w14:textId="77777777">
        <w:trPr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D2C4F9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監視・ログ</w:t>
            </w:r>
            <w:proofErr w:type="spellEnd"/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DB3516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906269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1C32AF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A9055B" w:rsidRPr="00FE654C" w14:paraId="5B677D6A" w14:textId="77777777">
        <w:trPr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4E29CC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その他</w:t>
            </w:r>
            <w:proofErr w:type="spellEnd"/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A652D2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C428B8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5AD9EE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</w:tbl>
    <w:p w14:paraId="186D9546" w14:textId="77777777" w:rsidR="00C315F5" w:rsidRDefault="00C315F5">
      <w:pPr>
        <w:pStyle w:val="H2RFI"/>
        <w:rPr>
          <w:rFonts w:asciiTheme="minorEastAsia" w:eastAsiaTheme="minorEastAsia" w:hAnsiTheme="minorEastAsia"/>
          <w:color w:val="000000" w:themeColor="text1"/>
          <w:lang w:eastAsia="ja-JP"/>
        </w:rPr>
      </w:pPr>
    </w:p>
    <w:p w14:paraId="2C433263" w14:textId="338535CC" w:rsidR="00A9055B" w:rsidRPr="00FE654C" w:rsidRDefault="00A70C5F">
      <w:pPr>
        <w:pStyle w:val="H2RFI"/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FE654C">
        <w:rPr>
          <w:rFonts w:asciiTheme="minorEastAsia" w:eastAsiaTheme="minorEastAsia" w:hAnsiTheme="minorEastAsia"/>
          <w:color w:val="000000" w:themeColor="text1"/>
          <w:lang w:eastAsia="ja-JP"/>
        </w:rPr>
        <w:t>2. ライセンス・利用者数別費用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1361"/>
        <w:gridCol w:w="1361"/>
        <w:gridCol w:w="1361"/>
        <w:gridCol w:w="2887"/>
      </w:tblGrid>
      <w:tr w:rsidR="002151D0" w:rsidRPr="00FE654C" w14:paraId="26203D54" w14:textId="77777777" w:rsidTr="002151D0">
        <w:trPr>
          <w:cantSplit/>
          <w:tblHeader/>
          <w:jc w:val="center"/>
        </w:trPr>
        <w:tc>
          <w:tcPr>
            <w:tcW w:w="2381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F0C281" w14:textId="77777777" w:rsidR="002151D0" w:rsidRPr="00FE654C" w:rsidRDefault="002151D0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b/>
                <w:color w:val="FFFFFF"/>
                <w:sz w:val="16"/>
              </w:rPr>
              <w:t>項目</w:t>
            </w:r>
            <w:proofErr w:type="spellEnd"/>
          </w:p>
        </w:tc>
        <w:tc>
          <w:tcPr>
            <w:tcW w:w="1361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628DBB" w14:textId="77777777" w:rsidR="002151D0" w:rsidRPr="00FE654C" w:rsidRDefault="002151D0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b/>
                <w:color w:val="FFFFFF"/>
                <w:sz w:val="16"/>
              </w:rPr>
              <w:t>現状規模</w:t>
            </w:r>
            <w:proofErr w:type="spellEnd"/>
          </w:p>
        </w:tc>
        <w:tc>
          <w:tcPr>
            <w:tcW w:w="1361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E4019E" w14:textId="77777777" w:rsidR="002151D0" w:rsidRPr="00FE654C" w:rsidRDefault="002151D0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r w:rsidRPr="00FE654C">
              <w:rPr>
                <w:rFonts w:asciiTheme="minorEastAsia" w:eastAsiaTheme="minorEastAsia" w:hAnsiTheme="minorEastAsia"/>
                <w:b/>
                <w:color w:val="FFFFFF"/>
                <w:sz w:val="16"/>
              </w:rPr>
              <w:t>30名</w:t>
            </w:r>
          </w:p>
        </w:tc>
        <w:tc>
          <w:tcPr>
            <w:tcW w:w="1361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1EFD8F" w14:textId="77777777" w:rsidR="002151D0" w:rsidRPr="00FE654C" w:rsidRDefault="002151D0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r w:rsidRPr="00FE654C">
              <w:rPr>
                <w:rFonts w:asciiTheme="minorEastAsia" w:eastAsiaTheme="minorEastAsia" w:hAnsiTheme="minorEastAsia"/>
                <w:b/>
                <w:color w:val="FFFFFF"/>
                <w:sz w:val="16"/>
              </w:rPr>
              <w:t>50名</w:t>
            </w:r>
          </w:p>
        </w:tc>
        <w:tc>
          <w:tcPr>
            <w:tcW w:w="2887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1198D1" w14:textId="77777777" w:rsidR="002151D0" w:rsidRPr="00FE654C" w:rsidRDefault="002151D0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b/>
                <w:color w:val="FFFFFF"/>
                <w:sz w:val="16"/>
              </w:rPr>
              <w:t>備考</w:t>
            </w:r>
            <w:proofErr w:type="spellEnd"/>
          </w:p>
        </w:tc>
      </w:tr>
      <w:tr w:rsidR="002151D0" w:rsidRPr="00FE654C" w14:paraId="5844A335" w14:textId="77777777" w:rsidTr="002151D0">
        <w:trPr>
          <w:cantSplit/>
          <w:jc w:val="center"/>
        </w:trPr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DD8A38" w14:textId="77777777" w:rsidR="002151D0" w:rsidRPr="00FE654C" w:rsidRDefault="002151D0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月額ライセンス</w:t>
            </w:r>
            <w:proofErr w:type="spellEnd"/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0C63DA" w14:textId="77777777" w:rsidR="002151D0" w:rsidRPr="00FE654C" w:rsidRDefault="002151D0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5F9669" w14:textId="77777777" w:rsidR="002151D0" w:rsidRPr="00FE654C" w:rsidRDefault="002151D0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1A097F" w14:textId="77777777" w:rsidR="002151D0" w:rsidRPr="00FE654C" w:rsidRDefault="002151D0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8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91610B" w14:textId="77777777" w:rsidR="002151D0" w:rsidRPr="00FE654C" w:rsidRDefault="002151D0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2151D0" w:rsidRPr="00FE654C" w14:paraId="37E8B143" w14:textId="77777777" w:rsidTr="002151D0">
        <w:trPr>
          <w:cantSplit/>
          <w:jc w:val="center"/>
        </w:trPr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361BA4" w14:textId="77777777" w:rsidR="002151D0" w:rsidRPr="00FE654C" w:rsidRDefault="002151D0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年額ライセンス</w:t>
            </w:r>
            <w:proofErr w:type="spellEnd"/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CF584B" w14:textId="77777777" w:rsidR="002151D0" w:rsidRPr="00FE654C" w:rsidRDefault="002151D0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7AF670" w14:textId="77777777" w:rsidR="002151D0" w:rsidRPr="00FE654C" w:rsidRDefault="002151D0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4CDB37" w14:textId="77777777" w:rsidR="002151D0" w:rsidRPr="00FE654C" w:rsidRDefault="002151D0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8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6CA452" w14:textId="77777777" w:rsidR="002151D0" w:rsidRPr="00FE654C" w:rsidRDefault="002151D0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2151D0" w:rsidRPr="00FE654C" w14:paraId="6DFD8226" w14:textId="77777777" w:rsidTr="002151D0">
        <w:trPr>
          <w:cantSplit/>
          <w:jc w:val="center"/>
        </w:trPr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982298" w14:textId="77777777" w:rsidR="002151D0" w:rsidRPr="00FE654C" w:rsidRDefault="002151D0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lang w:eastAsia="ja-JP"/>
              </w:rPr>
              <w:t>クラウド利用料</w:t>
            </w:r>
          </w:p>
          <w:p w14:paraId="74E51826" w14:textId="42C5E956" w:rsidR="000D2F26" w:rsidRPr="00FE654C" w:rsidRDefault="000D2F26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FE654C">
              <w:rPr>
                <w:rFonts w:asciiTheme="minorEastAsia" w:eastAsiaTheme="minorEastAsia" w:hAnsiTheme="minorEastAsia" w:hint="eastAsia"/>
                <w:sz w:val="16"/>
                <w:lang w:eastAsia="ja-JP"/>
              </w:rPr>
              <w:t>（大阪市共通クラウド以外）</w:t>
            </w: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DC6E95" w14:textId="77777777" w:rsidR="002151D0" w:rsidRPr="00FE654C" w:rsidRDefault="002151D0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8AF883" w14:textId="77777777" w:rsidR="002151D0" w:rsidRPr="00FE654C" w:rsidRDefault="002151D0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6C7DC7" w14:textId="77777777" w:rsidR="002151D0" w:rsidRPr="00FE654C" w:rsidRDefault="002151D0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  <w:tc>
          <w:tcPr>
            <w:tcW w:w="28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80F9D8" w14:textId="77777777" w:rsidR="002151D0" w:rsidRPr="00FE654C" w:rsidRDefault="002151D0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0D2F26" w:rsidRPr="00FE654C" w14:paraId="2041B92E" w14:textId="77777777" w:rsidTr="002151D0">
        <w:trPr>
          <w:cantSplit/>
          <w:jc w:val="center"/>
        </w:trPr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C42CBB" w14:textId="77777777" w:rsidR="000D2F26" w:rsidRPr="00FE654C" w:rsidRDefault="000D2F26">
            <w:pPr>
              <w:spacing w:after="0" w:line="264" w:lineRule="auto"/>
              <w:rPr>
                <w:rFonts w:asciiTheme="minorEastAsia" w:eastAsiaTheme="minorEastAsia" w:hAnsiTheme="minorEastAsia" w:cs="ＭＳ 明朝"/>
                <w:sz w:val="16"/>
                <w:lang w:eastAsia="ja-JP"/>
              </w:rPr>
            </w:pPr>
            <w:r w:rsidRPr="00FE654C">
              <w:rPr>
                <w:rFonts w:asciiTheme="minorEastAsia" w:eastAsiaTheme="minorEastAsia" w:hAnsiTheme="minorEastAsia" w:cs="ＭＳ 明朝" w:hint="eastAsia"/>
                <w:sz w:val="16"/>
                <w:lang w:eastAsia="ja-JP"/>
              </w:rPr>
              <w:t>クラウド利用料</w:t>
            </w:r>
          </w:p>
          <w:p w14:paraId="37187767" w14:textId="219AB8AA" w:rsidR="000D2F26" w:rsidRPr="00FE654C" w:rsidRDefault="000D2F26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lang w:eastAsia="ja-JP"/>
              </w:rPr>
            </w:pPr>
            <w:r w:rsidRPr="00FE654C">
              <w:rPr>
                <w:rFonts w:asciiTheme="minorEastAsia" w:eastAsiaTheme="minorEastAsia" w:hAnsiTheme="minorEastAsia" w:cs="ＭＳ 明朝" w:hint="eastAsia"/>
                <w:sz w:val="16"/>
                <w:lang w:eastAsia="ja-JP"/>
              </w:rPr>
              <w:t>（大阪市共通クラウド）</w:t>
            </w: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A971E6" w14:textId="77777777" w:rsidR="000D2F26" w:rsidRPr="00FE654C" w:rsidRDefault="000D2F26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836955" w14:textId="77777777" w:rsidR="000D2F26" w:rsidRPr="00FE654C" w:rsidRDefault="000D2F26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6CC77C" w14:textId="77777777" w:rsidR="000D2F26" w:rsidRPr="00FE654C" w:rsidRDefault="000D2F26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  <w:tc>
          <w:tcPr>
            <w:tcW w:w="28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2D9F35" w14:textId="77777777" w:rsidR="000D2F26" w:rsidRPr="00FE654C" w:rsidRDefault="000D2F26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2151D0" w:rsidRPr="00FE654C" w14:paraId="24423812" w14:textId="77777777" w:rsidTr="002151D0">
        <w:trPr>
          <w:cantSplit/>
          <w:jc w:val="center"/>
        </w:trPr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76CBDD" w14:textId="77777777" w:rsidR="002151D0" w:rsidRPr="00FE654C" w:rsidRDefault="002151D0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年間運用保守</w:t>
            </w:r>
            <w:proofErr w:type="spellEnd"/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77B208" w14:textId="77777777" w:rsidR="002151D0" w:rsidRPr="00FE654C" w:rsidRDefault="002151D0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F5A117" w14:textId="77777777" w:rsidR="002151D0" w:rsidRPr="00FE654C" w:rsidRDefault="002151D0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31D46F" w14:textId="77777777" w:rsidR="002151D0" w:rsidRPr="00FE654C" w:rsidRDefault="002151D0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8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057ABC" w14:textId="77777777" w:rsidR="002151D0" w:rsidRPr="00FE654C" w:rsidRDefault="002151D0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2151D0" w:rsidRPr="00FE654C" w14:paraId="7ADF1A2F" w14:textId="77777777" w:rsidTr="002151D0">
        <w:trPr>
          <w:cantSplit/>
          <w:jc w:val="center"/>
        </w:trPr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6DBFBE" w14:textId="77777777" w:rsidR="002151D0" w:rsidRPr="00FE654C" w:rsidRDefault="002151D0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その他年間固定費</w:t>
            </w:r>
            <w:proofErr w:type="spellEnd"/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618E26" w14:textId="77777777" w:rsidR="002151D0" w:rsidRPr="00FE654C" w:rsidRDefault="002151D0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973580" w14:textId="77777777" w:rsidR="002151D0" w:rsidRPr="00FE654C" w:rsidRDefault="002151D0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EC4658" w14:textId="77777777" w:rsidR="002151D0" w:rsidRPr="00FE654C" w:rsidRDefault="002151D0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8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67D18F" w14:textId="77777777" w:rsidR="002151D0" w:rsidRPr="00FE654C" w:rsidRDefault="002151D0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</w:tbl>
    <w:p w14:paraId="7074E6A3" w14:textId="77777777" w:rsidR="00C315F5" w:rsidRDefault="00C315F5">
      <w:pPr>
        <w:pStyle w:val="H2RFI"/>
        <w:rPr>
          <w:rFonts w:asciiTheme="minorEastAsia" w:eastAsiaTheme="minorEastAsia" w:hAnsiTheme="minorEastAsia"/>
          <w:color w:val="000000" w:themeColor="text1"/>
        </w:rPr>
      </w:pPr>
    </w:p>
    <w:p w14:paraId="5BFC88F7" w14:textId="3BB02B2B" w:rsidR="00A9055B" w:rsidRPr="00FE654C" w:rsidRDefault="00A70C5F">
      <w:pPr>
        <w:pStyle w:val="H2RFI"/>
        <w:rPr>
          <w:rFonts w:asciiTheme="minorEastAsia" w:eastAsiaTheme="minorEastAsia" w:hAnsiTheme="minorEastAsia"/>
          <w:color w:val="000000" w:themeColor="text1"/>
        </w:rPr>
      </w:pPr>
      <w:r w:rsidRPr="00FE654C">
        <w:rPr>
          <w:rFonts w:asciiTheme="minorEastAsia" w:eastAsiaTheme="minorEastAsia" w:hAnsiTheme="minorEastAsia"/>
          <w:color w:val="000000" w:themeColor="text1"/>
        </w:rPr>
        <w:t>3. TCO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2551"/>
        <w:gridCol w:w="2551"/>
        <w:gridCol w:w="2268"/>
      </w:tblGrid>
      <w:tr w:rsidR="00A9055B" w14:paraId="47C1CCCB" w14:textId="77777777">
        <w:trPr>
          <w:cantSplit/>
          <w:tblHeader/>
          <w:jc w:val="center"/>
        </w:trPr>
        <w:tc>
          <w:tcPr>
            <w:tcW w:w="1984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1F4A5E" w14:textId="77777777" w:rsidR="00A9055B" w:rsidRPr="00C82CAB" w:rsidRDefault="00A70C5F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  <w:szCs w:val="16"/>
              </w:rPr>
              <w:t>期間</w:t>
            </w:r>
            <w:proofErr w:type="spellEnd"/>
          </w:p>
        </w:tc>
        <w:tc>
          <w:tcPr>
            <w:tcW w:w="2551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74BB70" w14:textId="77777777" w:rsidR="00A9055B" w:rsidRPr="00C82CAB" w:rsidRDefault="00A70C5F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  <w:szCs w:val="16"/>
              </w:rPr>
              <w:t>初期費用</w:t>
            </w:r>
            <w:proofErr w:type="spellEnd"/>
          </w:p>
        </w:tc>
        <w:tc>
          <w:tcPr>
            <w:tcW w:w="2551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476F82" w14:textId="77777777" w:rsidR="00A9055B" w:rsidRPr="00C82CAB" w:rsidRDefault="00A70C5F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  <w:szCs w:val="16"/>
              </w:rPr>
              <w:t>期間中ランニング費</w:t>
            </w:r>
            <w:proofErr w:type="spellEnd"/>
          </w:p>
        </w:tc>
        <w:tc>
          <w:tcPr>
            <w:tcW w:w="2268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8DCB6C" w14:textId="77777777" w:rsidR="00A9055B" w:rsidRPr="00C82CAB" w:rsidRDefault="00A70C5F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  <w:szCs w:val="16"/>
              </w:rPr>
              <w:t>総額</w:t>
            </w:r>
            <w:proofErr w:type="spellEnd"/>
          </w:p>
        </w:tc>
      </w:tr>
      <w:tr w:rsidR="00A9055B" w14:paraId="3BC499B3" w14:textId="77777777">
        <w:trPr>
          <w:cantSplit/>
          <w:jc w:val="center"/>
        </w:trPr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DA6A6D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FE654C">
              <w:rPr>
                <w:rFonts w:asciiTheme="minorEastAsia" w:eastAsiaTheme="minorEastAsia" w:hAnsiTheme="minorEastAsia"/>
                <w:sz w:val="18"/>
              </w:rPr>
              <w:t>1年</w:t>
            </w:r>
          </w:p>
        </w:tc>
        <w:tc>
          <w:tcPr>
            <w:tcW w:w="25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31B9E8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B5B8BF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7D4B75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A9055B" w14:paraId="441A7A3D" w14:textId="77777777">
        <w:trPr>
          <w:cantSplit/>
          <w:jc w:val="center"/>
        </w:trPr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494BD6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FE654C">
              <w:rPr>
                <w:rFonts w:asciiTheme="minorEastAsia" w:eastAsiaTheme="minorEastAsia" w:hAnsiTheme="minorEastAsia"/>
                <w:sz w:val="18"/>
              </w:rPr>
              <w:t>5年</w:t>
            </w:r>
          </w:p>
        </w:tc>
        <w:tc>
          <w:tcPr>
            <w:tcW w:w="25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EF021F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312DA3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B0AE45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A9055B" w14:paraId="24BFDF05" w14:textId="77777777">
        <w:trPr>
          <w:cantSplit/>
          <w:jc w:val="center"/>
        </w:trPr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D042A9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FE654C">
              <w:rPr>
                <w:rFonts w:asciiTheme="minorEastAsia" w:eastAsiaTheme="minorEastAsia" w:hAnsiTheme="minorEastAsia"/>
                <w:sz w:val="18"/>
              </w:rPr>
              <w:t>10年</w:t>
            </w:r>
          </w:p>
        </w:tc>
        <w:tc>
          <w:tcPr>
            <w:tcW w:w="25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9A38B1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7DBC56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AF0783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</w:tbl>
    <w:p w14:paraId="6FDB7FA8" w14:textId="77777777" w:rsidR="00A9055B" w:rsidRPr="00FE654C" w:rsidRDefault="00A70C5F">
      <w:pPr>
        <w:pStyle w:val="H2RFI"/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FE654C">
        <w:rPr>
          <w:rFonts w:asciiTheme="minorEastAsia" w:eastAsiaTheme="minorEastAsia" w:hAnsiTheme="minorEastAsia"/>
          <w:color w:val="000000" w:themeColor="text1"/>
          <w:lang w:eastAsia="ja-JP"/>
        </w:rPr>
        <w:lastRenderedPageBreak/>
        <w:t>4. 標準作業単価・変更費用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2835"/>
        <w:gridCol w:w="2551"/>
      </w:tblGrid>
      <w:tr w:rsidR="00A9055B" w:rsidRPr="00FE654C" w14:paraId="60C7A1F1" w14:textId="77777777">
        <w:trPr>
          <w:cantSplit/>
          <w:tblHeader/>
          <w:jc w:val="center"/>
        </w:trPr>
        <w:tc>
          <w:tcPr>
            <w:tcW w:w="3969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BD3CC0" w14:textId="77777777" w:rsidR="00A9055B" w:rsidRPr="00C82CAB" w:rsidRDefault="00A70C5F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  <w:szCs w:val="16"/>
              </w:rPr>
              <w:t>変更内容</w:t>
            </w:r>
            <w:proofErr w:type="spellEnd"/>
          </w:p>
        </w:tc>
        <w:tc>
          <w:tcPr>
            <w:tcW w:w="2835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D0812B" w14:textId="77777777" w:rsidR="00A9055B" w:rsidRPr="00C82CAB" w:rsidRDefault="00A70C5F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  <w:szCs w:val="16"/>
              </w:rPr>
              <w:t>参考費用／単価</w:t>
            </w:r>
            <w:proofErr w:type="spellEnd"/>
          </w:p>
        </w:tc>
        <w:tc>
          <w:tcPr>
            <w:tcW w:w="2551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F82C49" w14:textId="77777777" w:rsidR="00A9055B" w:rsidRPr="00C82CAB" w:rsidRDefault="00A70C5F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C82CAB">
              <w:rPr>
                <w:rFonts w:asciiTheme="minorEastAsia" w:eastAsiaTheme="minorEastAsia" w:hAnsiTheme="minorEastAsia"/>
                <w:b/>
                <w:color w:val="FFFFFF"/>
                <w:sz w:val="16"/>
                <w:szCs w:val="16"/>
              </w:rPr>
              <w:t>標準リードタイム</w:t>
            </w:r>
            <w:proofErr w:type="spellEnd"/>
          </w:p>
        </w:tc>
      </w:tr>
      <w:tr w:rsidR="00A9055B" w:rsidRPr="00FE654C" w14:paraId="0863667B" w14:textId="77777777">
        <w:trPr>
          <w:cantSplit/>
          <w:jc w:val="center"/>
        </w:trPr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9C87F2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7"/>
              </w:rPr>
              <w:t>画面項目追加・変更</w:t>
            </w:r>
            <w:proofErr w:type="spellEnd"/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18303F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FFB8DA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A9055B" w:rsidRPr="00FE654C" w14:paraId="34ABE28A" w14:textId="77777777">
        <w:trPr>
          <w:cantSplit/>
          <w:jc w:val="center"/>
        </w:trPr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5F23A5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7"/>
              </w:rPr>
              <w:t>一覧・検索条件追加</w:t>
            </w:r>
            <w:proofErr w:type="spellEnd"/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E75C2A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C78E53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A9055B" w:rsidRPr="00FE654C" w14:paraId="77E1F99C" w14:textId="77777777">
        <w:trPr>
          <w:cantSplit/>
          <w:jc w:val="center"/>
        </w:trPr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1EA08C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r w:rsidRPr="00FE654C">
              <w:rPr>
                <w:rFonts w:asciiTheme="minorEastAsia" w:eastAsiaTheme="minorEastAsia" w:hAnsiTheme="minorEastAsia"/>
                <w:sz w:val="17"/>
              </w:rPr>
              <w:t>帳票1本追加・変更</w:t>
            </w:r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020196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03B275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A9055B" w:rsidRPr="00FE654C" w14:paraId="70C5784A" w14:textId="77777777">
        <w:trPr>
          <w:cantSplit/>
          <w:jc w:val="center"/>
        </w:trPr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31BDF9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7"/>
              </w:rPr>
              <w:t>マスタ項目追加</w:t>
            </w:r>
            <w:proofErr w:type="spellEnd"/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51CD4E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3DE6A0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A9055B" w:rsidRPr="00FE654C" w14:paraId="357E5E50" w14:textId="77777777">
        <w:trPr>
          <w:cantSplit/>
          <w:jc w:val="center"/>
        </w:trPr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A4ABDD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7"/>
                <w:lang w:eastAsia="ja-JP"/>
              </w:rPr>
              <w:t>料金計算ロジック変更</w:t>
            </w:r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621639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  <w:tc>
          <w:tcPr>
            <w:tcW w:w="25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FB79D9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A9055B" w:rsidRPr="00FE654C" w14:paraId="38D84885" w14:textId="77777777">
        <w:trPr>
          <w:cantSplit/>
          <w:jc w:val="center"/>
        </w:trPr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F4ECCB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7"/>
                <w:lang w:eastAsia="ja-JP"/>
              </w:rPr>
              <w:t>外部連携レイアウト変更</w:t>
            </w:r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2CF766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  <w:tc>
          <w:tcPr>
            <w:tcW w:w="25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1BBAC0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A9055B" w:rsidRPr="00FE654C" w14:paraId="1AB64B18" w14:textId="77777777">
        <w:trPr>
          <w:cantSplit/>
          <w:jc w:val="center"/>
        </w:trPr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62D807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7"/>
              </w:rPr>
              <w:t>制度改正対応</w:t>
            </w:r>
            <w:proofErr w:type="spellEnd"/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0669D8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17737D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A9055B" w:rsidRPr="00FE654C" w14:paraId="0872B774" w14:textId="77777777">
        <w:trPr>
          <w:cantSplit/>
          <w:jc w:val="center"/>
        </w:trPr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6B9289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7"/>
              </w:rPr>
              <w:t>その他</w:t>
            </w:r>
            <w:proofErr w:type="spellEnd"/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E18229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4B4A6A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</w:tbl>
    <w:p w14:paraId="33F482AE" w14:textId="77777777" w:rsidR="00A9055B" w:rsidRDefault="00A70C5F">
      <w:r>
        <w:br w:type="page"/>
      </w:r>
    </w:p>
    <w:p w14:paraId="46462720" w14:textId="77777777" w:rsidR="00A9055B" w:rsidRPr="00FE654C" w:rsidRDefault="00A70C5F">
      <w:pPr>
        <w:pStyle w:val="H1RFI"/>
        <w:rPr>
          <w:rFonts w:asciiTheme="minorEastAsia" w:eastAsiaTheme="minorEastAsia" w:hAnsiTheme="minorEastAsia"/>
          <w:color w:val="000000" w:themeColor="text1"/>
          <w:lang w:eastAsia="ja-JP"/>
        </w:rPr>
      </w:pPr>
      <w:r w:rsidRPr="00FE654C">
        <w:rPr>
          <w:rFonts w:asciiTheme="minorEastAsia" w:eastAsiaTheme="minorEastAsia" w:hAnsiTheme="minorEastAsia"/>
          <w:color w:val="000000" w:themeColor="text1"/>
          <w:lang w:eastAsia="ja-JP"/>
        </w:rPr>
        <w:lastRenderedPageBreak/>
        <w:t>別紙3 データ移行・非機能・運用保守回答表</w:t>
      </w:r>
    </w:p>
    <w:p w14:paraId="0C57CF45" w14:textId="77777777" w:rsidR="00A9055B" w:rsidRPr="00FE654C" w:rsidRDefault="00A70C5F">
      <w:pPr>
        <w:pStyle w:val="H2RFI"/>
        <w:rPr>
          <w:rFonts w:asciiTheme="minorEastAsia" w:eastAsiaTheme="minorEastAsia" w:hAnsiTheme="minorEastAsia"/>
          <w:color w:val="000000" w:themeColor="text1"/>
        </w:rPr>
      </w:pPr>
      <w:r w:rsidRPr="00FE654C">
        <w:rPr>
          <w:rFonts w:asciiTheme="minorEastAsia" w:eastAsiaTheme="minorEastAsia" w:hAnsiTheme="minorEastAsia"/>
          <w:color w:val="000000" w:themeColor="text1"/>
        </w:rPr>
        <w:t xml:space="preserve">1. </w:t>
      </w:r>
      <w:proofErr w:type="spellStart"/>
      <w:r w:rsidRPr="00FE654C">
        <w:rPr>
          <w:rFonts w:asciiTheme="minorEastAsia" w:eastAsiaTheme="minorEastAsia" w:hAnsiTheme="minorEastAsia"/>
          <w:color w:val="000000" w:themeColor="text1"/>
        </w:rPr>
        <w:t>データ移行</w:t>
      </w:r>
      <w:proofErr w:type="spellEnd"/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3969"/>
        <w:gridCol w:w="3685"/>
      </w:tblGrid>
      <w:tr w:rsidR="00A9055B" w:rsidRPr="00FE654C" w14:paraId="1137EAF3" w14:textId="77777777">
        <w:trPr>
          <w:cantSplit/>
          <w:tblHeader/>
          <w:jc w:val="center"/>
        </w:trPr>
        <w:tc>
          <w:tcPr>
            <w:tcW w:w="1701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B738F9" w14:textId="77777777" w:rsidR="00A9055B" w:rsidRPr="00FE654C" w:rsidRDefault="00A70C5F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b/>
                <w:color w:val="FFFFFF"/>
                <w:sz w:val="16"/>
              </w:rPr>
              <w:t>項目</w:t>
            </w:r>
            <w:proofErr w:type="spellEnd"/>
          </w:p>
        </w:tc>
        <w:tc>
          <w:tcPr>
            <w:tcW w:w="3969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11770E" w14:textId="77777777" w:rsidR="00A9055B" w:rsidRPr="00FE654C" w:rsidRDefault="00A70C5F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b/>
                <w:color w:val="FFFFFF"/>
                <w:sz w:val="16"/>
              </w:rPr>
              <w:t>確認内容</w:t>
            </w:r>
            <w:proofErr w:type="spellEnd"/>
          </w:p>
        </w:tc>
        <w:tc>
          <w:tcPr>
            <w:tcW w:w="3685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1142AE" w14:textId="77777777" w:rsidR="00A9055B" w:rsidRPr="00FE654C" w:rsidRDefault="00A70C5F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b/>
                <w:color w:val="FFFFFF"/>
                <w:sz w:val="16"/>
              </w:rPr>
              <w:t>回答</w:t>
            </w:r>
            <w:proofErr w:type="spellEnd"/>
          </w:p>
        </w:tc>
      </w:tr>
      <w:tr w:rsidR="00A9055B" w:rsidRPr="00FE654C" w14:paraId="25B9EA80" w14:textId="77777777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3D28AC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移行対象</w:t>
            </w:r>
            <w:proofErr w:type="spellEnd"/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4E1166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lang w:eastAsia="ja-JP"/>
              </w:rPr>
              <w:t>現行DBマスタ・稼働データ・過去履歴・会計連携履歴・Excel台帳・図面等への対応</w:t>
            </w:r>
          </w:p>
        </w:tc>
        <w:tc>
          <w:tcPr>
            <w:tcW w:w="36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FE3167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A9055B" w:rsidRPr="00FE654C" w14:paraId="4689B916" w14:textId="77777777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65FF2C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移行期間</w:t>
            </w:r>
            <w:proofErr w:type="spellEnd"/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FB308C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lang w:eastAsia="ja-JP"/>
              </w:rPr>
              <w:t>推奨する過去データ移行期間と、移行しない過去データの参照方法</w:t>
            </w:r>
          </w:p>
        </w:tc>
        <w:tc>
          <w:tcPr>
            <w:tcW w:w="36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824479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A9055B" w:rsidRPr="00FE654C" w14:paraId="51E03A00" w14:textId="77777777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8E66BF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クレンジング</w:t>
            </w:r>
            <w:proofErr w:type="spellEnd"/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087A7C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lang w:eastAsia="ja-JP"/>
              </w:rPr>
              <w:t>重複・欠損・不整合・コード変換等への対応</w:t>
            </w:r>
          </w:p>
        </w:tc>
        <w:tc>
          <w:tcPr>
            <w:tcW w:w="36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4FE3BA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A9055B" w:rsidRPr="00FE654C" w14:paraId="15E1C2A8" w14:textId="77777777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1DED44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リハーサル</w:t>
            </w:r>
            <w:proofErr w:type="spellEnd"/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240651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推奨回数と検証方法</w:t>
            </w:r>
            <w:proofErr w:type="spellEnd"/>
          </w:p>
        </w:tc>
        <w:tc>
          <w:tcPr>
            <w:tcW w:w="36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134F9C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A9055B" w:rsidRPr="00FE654C" w14:paraId="4ED5B495" w14:textId="77777777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F5563D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照合</w:t>
            </w:r>
            <w:proofErr w:type="spellEnd"/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FA2645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lang w:eastAsia="ja-JP"/>
              </w:rPr>
              <w:t>件数・金額・主要帳票等の照合方法</w:t>
            </w:r>
          </w:p>
        </w:tc>
        <w:tc>
          <w:tcPr>
            <w:tcW w:w="36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9B032D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A9055B" w:rsidRPr="00FE654C" w14:paraId="51841753" w14:textId="77777777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7D8CCB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並行運用</w:t>
            </w:r>
            <w:proofErr w:type="spellEnd"/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8F51B1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  <w:lang w:eastAsia="zh-TW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lang w:eastAsia="zh-TW"/>
              </w:rPr>
              <w:t>必要性、推奨期間、現新比較方法</w:t>
            </w:r>
          </w:p>
        </w:tc>
        <w:tc>
          <w:tcPr>
            <w:tcW w:w="36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3DB636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  <w:lang w:eastAsia="zh-TW"/>
              </w:rPr>
            </w:pPr>
          </w:p>
        </w:tc>
      </w:tr>
      <w:tr w:rsidR="00A9055B" w:rsidRPr="00FE654C" w14:paraId="287555F7" w14:textId="77777777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7F9F98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切替判定</w:t>
            </w:r>
            <w:proofErr w:type="spellEnd"/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1A7F41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Go／No-Go判定基準</w:t>
            </w:r>
            <w:proofErr w:type="spellEnd"/>
          </w:p>
        </w:tc>
        <w:tc>
          <w:tcPr>
            <w:tcW w:w="36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90D62D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</w:p>
        </w:tc>
      </w:tr>
      <w:tr w:rsidR="00A9055B" w:rsidRPr="00FE654C" w14:paraId="27EA75C8" w14:textId="77777777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6FA180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旧システム</w:t>
            </w:r>
            <w:proofErr w:type="spellEnd"/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936AE4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lang w:eastAsia="ja-JP"/>
              </w:rPr>
              <w:t>本稼働後の参照・停止・データ保管方法</w:t>
            </w:r>
          </w:p>
        </w:tc>
        <w:tc>
          <w:tcPr>
            <w:tcW w:w="36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7879EF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</w:tbl>
    <w:p w14:paraId="0B6F0CCF" w14:textId="77777777" w:rsidR="00C315F5" w:rsidRDefault="00C315F5">
      <w:pPr>
        <w:pStyle w:val="H2RFI"/>
        <w:rPr>
          <w:rFonts w:asciiTheme="minorEastAsia" w:eastAsiaTheme="minorEastAsia" w:hAnsiTheme="minorEastAsia"/>
          <w:color w:val="000000" w:themeColor="text1"/>
          <w:lang w:eastAsia="ja-JP"/>
        </w:rPr>
      </w:pPr>
    </w:p>
    <w:p w14:paraId="68B536B8" w14:textId="7E8D3D21" w:rsidR="00A9055B" w:rsidRPr="00FE654C" w:rsidRDefault="00A70C5F">
      <w:pPr>
        <w:pStyle w:val="H2RFI"/>
        <w:rPr>
          <w:rFonts w:asciiTheme="minorEastAsia" w:eastAsiaTheme="minorEastAsia" w:hAnsiTheme="minorEastAsia"/>
          <w:color w:val="000000" w:themeColor="text1"/>
        </w:rPr>
      </w:pPr>
      <w:r w:rsidRPr="00FE654C">
        <w:rPr>
          <w:rFonts w:asciiTheme="minorEastAsia" w:eastAsiaTheme="minorEastAsia" w:hAnsiTheme="minorEastAsia"/>
          <w:color w:val="000000" w:themeColor="text1"/>
        </w:rPr>
        <w:t xml:space="preserve">2. </w:t>
      </w:r>
      <w:proofErr w:type="spellStart"/>
      <w:r w:rsidRPr="00FE654C">
        <w:rPr>
          <w:rFonts w:asciiTheme="minorEastAsia" w:eastAsiaTheme="minorEastAsia" w:hAnsiTheme="minorEastAsia"/>
          <w:color w:val="000000" w:themeColor="text1"/>
        </w:rPr>
        <w:t>非機能・運用保守</w:t>
      </w:r>
      <w:proofErr w:type="spellEnd"/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3969"/>
        <w:gridCol w:w="3685"/>
      </w:tblGrid>
      <w:tr w:rsidR="00A9055B" w:rsidRPr="00FE654C" w14:paraId="371284B0" w14:textId="77777777">
        <w:trPr>
          <w:cantSplit/>
          <w:tblHeader/>
          <w:jc w:val="center"/>
        </w:trPr>
        <w:tc>
          <w:tcPr>
            <w:tcW w:w="1701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013279" w14:textId="77777777" w:rsidR="00A9055B" w:rsidRPr="00FE654C" w:rsidRDefault="00A70C5F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b/>
                <w:color w:val="FFFFFF"/>
                <w:sz w:val="16"/>
              </w:rPr>
              <w:t>項目</w:t>
            </w:r>
            <w:proofErr w:type="spellEnd"/>
          </w:p>
        </w:tc>
        <w:tc>
          <w:tcPr>
            <w:tcW w:w="3969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FA0893" w14:textId="77777777" w:rsidR="00A9055B" w:rsidRPr="00FE654C" w:rsidRDefault="00A70C5F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b/>
                <w:color w:val="FFFFFF"/>
                <w:sz w:val="16"/>
              </w:rPr>
              <w:t>確認内容</w:t>
            </w:r>
            <w:proofErr w:type="spellEnd"/>
          </w:p>
        </w:tc>
        <w:tc>
          <w:tcPr>
            <w:tcW w:w="3685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27C737" w14:textId="77777777" w:rsidR="00A9055B" w:rsidRPr="00FE654C" w:rsidRDefault="00A70C5F">
            <w:pPr>
              <w:spacing w:after="0" w:line="264" w:lineRule="auto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b/>
                <w:color w:val="FFFFFF"/>
                <w:sz w:val="16"/>
              </w:rPr>
              <w:t>回答</w:t>
            </w:r>
            <w:proofErr w:type="spellEnd"/>
          </w:p>
        </w:tc>
      </w:tr>
      <w:tr w:rsidR="00F458EC" w:rsidRPr="00FE654C" w14:paraId="1B8ADDDB" w14:textId="77777777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E77E8D" w14:textId="70AA30A7" w:rsidR="00F458EC" w:rsidRPr="00FE654C" w:rsidRDefault="00F458EC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</w:rPr>
            </w:pPr>
            <w:r w:rsidRPr="00FE654C">
              <w:rPr>
                <w:rFonts w:asciiTheme="minorEastAsia" w:eastAsiaTheme="minorEastAsia" w:hAnsiTheme="minorEastAsia" w:cs="ＭＳ 明朝" w:hint="eastAsia"/>
                <w:sz w:val="16"/>
                <w:lang w:eastAsia="ja-JP"/>
              </w:rPr>
              <w:t>利用環境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EEDCC9" w14:textId="51EE5C93" w:rsidR="00F458EC" w:rsidRPr="0056554C" w:rsidRDefault="00F458EC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56554C">
              <w:rPr>
                <w:rFonts w:asciiTheme="minorEastAsia" w:eastAsiaTheme="minorEastAsia" w:hAnsiTheme="minorEastAsia" w:cs="ＭＳ 明朝" w:hint="eastAsia"/>
                <w:sz w:val="16"/>
                <w:szCs w:val="16"/>
                <w:lang w:eastAsia="ja-JP"/>
              </w:rPr>
              <w:t>大阪市庁内ネットワークから</w:t>
            </w:r>
            <w:r w:rsidRPr="0056554C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Webブラウザで利用する場合の構成、対応ブラウザ、クライアント要件</w:t>
            </w:r>
          </w:p>
        </w:tc>
        <w:tc>
          <w:tcPr>
            <w:tcW w:w="36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98E4B6" w14:textId="77777777" w:rsidR="00F458EC" w:rsidRPr="00FE654C" w:rsidRDefault="00F458EC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A9055B" w:rsidRPr="00FE654C" w14:paraId="6103D71D" w14:textId="77777777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3DCB22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可用性</w:t>
            </w:r>
            <w:proofErr w:type="spellEnd"/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A69491" w14:textId="49D23A05" w:rsidR="00A9055B" w:rsidRPr="0056554C" w:rsidRDefault="0053770F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56554C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サービス提供時間、計画停止、障害時の復旧方針、RTO／RPOの提案</w:t>
            </w:r>
          </w:p>
        </w:tc>
        <w:tc>
          <w:tcPr>
            <w:tcW w:w="36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9E67E1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A9055B" w:rsidRPr="00FE654C" w14:paraId="39934AE6" w14:textId="77777777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604C19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性能</w:t>
            </w:r>
            <w:proofErr w:type="spellEnd"/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544FBE" w14:textId="40C5D3F8" w:rsidR="00A9055B" w:rsidRPr="0056554C" w:rsidRDefault="0053770F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56554C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通常画面、検索、Excel出力、月次一括処理、300件程度の一括更新等を踏まえた性能目標</w:t>
            </w:r>
          </w:p>
        </w:tc>
        <w:tc>
          <w:tcPr>
            <w:tcW w:w="36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842530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A9055B" w:rsidRPr="00FE654C" w14:paraId="3D12ED7F" w14:textId="77777777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AD36B0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バックアップ</w:t>
            </w:r>
            <w:proofErr w:type="spellEnd"/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17F5AD" w14:textId="1F0C7AC5" w:rsidR="00A9055B" w:rsidRPr="0056554C" w:rsidRDefault="0053770F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56554C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DBを含むバックアップ方式、取得頻度、世代管理、復元試験、暗号化／アクセス制御</w:t>
            </w:r>
          </w:p>
        </w:tc>
        <w:tc>
          <w:tcPr>
            <w:tcW w:w="36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38AB5C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A9055B" w:rsidRPr="00FE654C" w14:paraId="2B334862" w14:textId="77777777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2DEB65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ログ</w:t>
            </w:r>
            <w:proofErr w:type="spellEnd"/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AC3564" w14:textId="14903FF0" w:rsidR="00A9055B" w:rsidRPr="0056554C" w:rsidRDefault="0053770F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56554C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操作ログ、処理ログ、アプリケーションログ等の取得・保管・検索・監査方法</w:t>
            </w:r>
          </w:p>
        </w:tc>
        <w:tc>
          <w:tcPr>
            <w:tcW w:w="36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8923E7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A9055B" w:rsidRPr="00FE654C" w14:paraId="410D4147" w14:textId="77777777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6CADEB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認証・権限</w:t>
            </w:r>
            <w:proofErr w:type="spellEnd"/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58F3CE" w14:textId="7AEC6E71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  <w:lang w:eastAsia="zh-TW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lang w:eastAsia="zh-TW"/>
              </w:rPr>
              <w:t>認証方式、管理者権限</w:t>
            </w:r>
          </w:p>
        </w:tc>
        <w:tc>
          <w:tcPr>
            <w:tcW w:w="36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8DDABD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  <w:lang w:eastAsia="zh-TW"/>
              </w:rPr>
            </w:pPr>
          </w:p>
        </w:tc>
      </w:tr>
      <w:tr w:rsidR="00A9055B" w:rsidRPr="00FE654C" w14:paraId="143BDB4B" w14:textId="77777777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8E189C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セキュリティ</w:t>
            </w:r>
            <w:proofErr w:type="spellEnd"/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52EE04" w14:textId="2D0BF0CD" w:rsidR="00A9055B" w:rsidRPr="0056554C" w:rsidRDefault="0053770F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56554C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通信・保存時暗号化、脆弱性対策、マルウェア対策、クラウド事業者の認証・監査</w:t>
            </w:r>
          </w:p>
        </w:tc>
        <w:tc>
          <w:tcPr>
            <w:tcW w:w="36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81E505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A9055B" w14:paraId="5C291DEB" w14:textId="77777777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5883FE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アップデート</w:t>
            </w:r>
            <w:proofErr w:type="spellEnd"/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CC8681" w14:textId="77777777" w:rsidR="00A9055B" w:rsidRPr="00FE654C" w:rsidRDefault="00A70C5F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lang w:eastAsia="ja-JP"/>
              </w:rPr>
              <w:t>製品・基盤更新の検証・適用方針</w:t>
            </w:r>
          </w:p>
        </w:tc>
        <w:tc>
          <w:tcPr>
            <w:tcW w:w="36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50FDE5" w14:textId="77777777" w:rsidR="00A9055B" w:rsidRPr="00FE654C" w:rsidRDefault="00A9055B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53770F" w14:paraId="2F367A92" w14:textId="77777777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19A0B2" w14:textId="4F4A592D" w:rsidR="0053770F" w:rsidRPr="0053770F" w:rsidRDefault="0053770F" w:rsidP="0053770F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proofErr w:type="spellStart"/>
            <w:r w:rsidRPr="0053770F">
              <w:rPr>
                <w:rFonts w:asciiTheme="minorEastAsia" w:eastAsiaTheme="minorEastAsia" w:hAnsiTheme="minorEastAsia"/>
                <w:sz w:val="16"/>
                <w:szCs w:val="16"/>
              </w:rPr>
              <w:t>サービス継続</w:t>
            </w:r>
            <w:proofErr w:type="spellEnd"/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36CA8B" w14:textId="75BE385E" w:rsidR="0053770F" w:rsidRPr="0053770F" w:rsidRDefault="0053770F" w:rsidP="0053770F">
            <w:pPr>
              <w:spacing w:after="0" w:line="264" w:lineRule="auto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  <w:r w:rsidRPr="0053770F"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  <w:t>製品終了、料金改定の対応</w:t>
            </w:r>
          </w:p>
        </w:tc>
        <w:tc>
          <w:tcPr>
            <w:tcW w:w="36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051655" w14:textId="77777777" w:rsidR="0053770F" w:rsidRPr="0053770F" w:rsidRDefault="0053770F" w:rsidP="0053770F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53770F" w14:paraId="14DBEDF1" w14:textId="77777777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6DB782" w14:textId="77777777" w:rsidR="0053770F" w:rsidRPr="00FE654C" w:rsidRDefault="0053770F" w:rsidP="0053770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障害対応</w:t>
            </w:r>
            <w:proofErr w:type="spellEnd"/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25C8B8" w14:textId="77777777" w:rsidR="0053770F" w:rsidRPr="00FE654C" w:rsidRDefault="0053770F" w:rsidP="0053770F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lang w:eastAsia="ja-JP"/>
              </w:rPr>
              <w:t>受付、一次回答、復旧、エスカレーション</w:t>
            </w:r>
          </w:p>
        </w:tc>
        <w:tc>
          <w:tcPr>
            <w:tcW w:w="36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923A85" w14:textId="77777777" w:rsidR="0053770F" w:rsidRPr="00FE654C" w:rsidRDefault="0053770F" w:rsidP="0053770F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53770F" w14:paraId="0B759AC6" w14:textId="77777777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43E00F" w14:textId="77777777" w:rsidR="0053770F" w:rsidRPr="00FE654C" w:rsidRDefault="0053770F" w:rsidP="0053770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問い合わせ</w:t>
            </w:r>
            <w:proofErr w:type="spellEnd"/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F7916A" w14:textId="77777777" w:rsidR="0053770F" w:rsidRPr="00FE654C" w:rsidRDefault="0053770F" w:rsidP="0053770F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lang w:eastAsia="ja-JP"/>
              </w:rPr>
              <w:t>利用者サポート、FAQ、教育</w:t>
            </w:r>
          </w:p>
        </w:tc>
        <w:tc>
          <w:tcPr>
            <w:tcW w:w="36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9273EA" w14:textId="77777777" w:rsidR="0053770F" w:rsidRPr="00FE654C" w:rsidRDefault="0053770F" w:rsidP="0053770F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53770F" w14:paraId="5C15B235" w14:textId="77777777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BF4B56" w14:textId="77777777" w:rsidR="0053770F" w:rsidRPr="00FE654C" w:rsidRDefault="0053770F" w:rsidP="0053770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t>保守引継ぎ</w:t>
            </w:r>
            <w:proofErr w:type="spellEnd"/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B9FEED" w14:textId="77777777" w:rsidR="0053770F" w:rsidRPr="00FE654C" w:rsidRDefault="0053770F" w:rsidP="0053770F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lang w:eastAsia="ja-JP"/>
              </w:rPr>
              <w:t>他社引継ぎ、成果物、ソース／設定情報</w:t>
            </w:r>
          </w:p>
        </w:tc>
        <w:tc>
          <w:tcPr>
            <w:tcW w:w="36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75BE63" w14:textId="77777777" w:rsidR="0053770F" w:rsidRPr="00FE654C" w:rsidRDefault="0053770F" w:rsidP="0053770F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53770F" w14:paraId="3CCB3C2B" w14:textId="77777777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6277B7" w14:textId="77777777" w:rsidR="0053770F" w:rsidRPr="00FE654C" w:rsidRDefault="0053770F" w:rsidP="0053770F">
            <w:pPr>
              <w:spacing w:after="0" w:line="264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FE654C">
              <w:rPr>
                <w:rFonts w:asciiTheme="minorEastAsia" w:eastAsiaTheme="minorEastAsia" w:hAnsiTheme="minorEastAsia"/>
                <w:sz w:val="16"/>
              </w:rPr>
              <w:lastRenderedPageBreak/>
              <w:t>契約終了</w:t>
            </w:r>
            <w:proofErr w:type="spellEnd"/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9786DE" w14:textId="77777777" w:rsidR="0053770F" w:rsidRPr="00FE654C" w:rsidRDefault="0053770F" w:rsidP="0053770F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FE654C">
              <w:rPr>
                <w:rFonts w:asciiTheme="minorEastAsia" w:eastAsiaTheme="minorEastAsia" w:hAnsiTheme="minorEastAsia"/>
                <w:sz w:val="16"/>
                <w:lang w:eastAsia="ja-JP"/>
              </w:rPr>
              <w:t>データ返却、消去証明、移行支援</w:t>
            </w:r>
          </w:p>
        </w:tc>
        <w:tc>
          <w:tcPr>
            <w:tcW w:w="36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1DAEE3" w14:textId="77777777" w:rsidR="0053770F" w:rsidRPr="00FE654C" w:rsidRDefault="0053770F" w:rsidP="0053770F">
            <w:pPr>
              <w:spacing w:after="0" w:line="264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</w:tbl>
    <w:p w14:paraId="217D1C07" w14:textId="515D1A4C" w:rsidR="00AC433C" w:rsidRPr="009A48D0" w:rsidRDefault="009A48D0" w:rsidP="009A48D0">
      <w:pPr>
        <w:spacing w:before="240" w:after="0"/>
        <w:ind w:right="402"/>
        <w:jc w:val="right"/>
        <w:rPr>
          <w:rFonts w:eastAsiaTheme="minorEastAsia" w:hint="eastAsia"/>
          <w:b/>
          <w:lang w:eastAsia="ja-JP"/>
        </w:rPr>
      </w:pPr>
      <w:r>
        <w:rPr>
          <w:rFonts w:eastAsiaTheme="minorEastAsia" w:hint="eastAsia"/>
          <w:b/>
          <w:lang w:eastAsia="ja-JP"/>
        </w:rPr>
        <w:t>以上</w:t>
      </w:r>
    </w:p>
    <w:p w14:paraId="07EEBC6C" w14:textId="77777777" w:rsidR="00AC433C" w:rsidRDefault="00AC433C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0C6518FF" w14:textId="77777777" w:rsidR="00AC433C" w:rsidRDefault="00AC433C" w:rsidP="00AC433C">
      <w:pPr>
        <w:spacing w:line="240" w:lineRule="auto"/>
        <w:jc w:val="right"/>
      </w:pPr>
      <w:r>
        <w:rPr>
          <w:rFonts w:ascii="Yu Gothic" w:eastAsia="Yu Gothic" w:hAnsi="Yu Gothic"/>
          <w:b/>
          <w:sz w:val="21"/>
        </w:rPr>
        <w:lastRenderedPageBreak/>
        <w:t>様式1</w:t>
      </w:r>
    </w:p>
    <w:p w14:paraId="1D7CA88F" w14:textId="4B40BF3C" w:rsidR="00AC433C" w:rsidRDefault="00AC433C" w:rsidP="00AC433C">
      <w:pPr>
        <w:spacing w:after="160" w:line="240" w:lineRule="auto"/>
        <w:jc w:val="center"/>
        <w:rPr>
          <w:lang w:eastAsia="ja-JP"/>
        </w:rPr>
      </w:pPr>
      <w:r>
        <w:rPr>
          <w:rFonts w:ascii="Yu Gothic" w:eastAsia="Yu Gothic" w:hAnsi="Yu Gothic"/>
          <w:b/>
          <w:sz w:val="32"/>
        </w:rPr>
        <w:t xml:space="preserve">質 問 </w:t>
      </w:r>
      <w:r w:rsidR="00BA618F">
        <w:rPr>
          <w:rFonts w:ascii="Yu Gothic" w:eastAsia="Yu Gothic" w:hAnsi="Yu Gothic" w:hint="eastAsia"/>
          <w:b/>
          <w:sz w:val="32"/>
          <w:lang w:eastAsia="ja-JP"/>
        </w:rPr>
        <w:t>票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5046"/>
        <w:gridCol w:w="5046"/>
      </w:tblGrid>
      <w:tr w:rsidR="00AC433C" w14:paraId="5DCCFF9A" w14:textId="77777777" w:rsidTr="006576C1">
        <w:trPr>
          <w:jc w:val="center"/>
        </w:trPr>
        <w:tc>
          <w:tcPr>
            <w:tcW w:w="5046" w:type="dxa"/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25B3916" w14:textId="77777777" w:rsidR="00AC433C" w:rsidRDefault="00AC433C" w:rsidP="006576C1">
            <w:pPr>
              <w:spacing w:after="0" w:line="240" w:lineRule="auto"/>
              <w:jc w:val="center"/>
            </w:pPr>
            <w:proofErr w:type="spellStart"/>
            <w:r>
              <w:rPr>
                <w:rFonts w:ascii="Yu Gothic" w:eastAsia="Yu Gothic" w:hAnsi="Yu Gothic"/>
                <w:b/>
              </w:rPr>
              <w:t>案件名</w:t>
            </w:r>
            <w:proofErr w:type="spellEnd"/>
          </w:p>
        </w:tc>
        <w:tc>
          <w:tcPr>
            <w:tcW w:w="504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0A9D13E" w14:textId="77777777" w:rsidR="00AC433C" w:rsidRDefault="00AC433C" w:rsidP="006576C1">
            <w:pPr>
              <w:spacing w:after="0" w:line="240" w:lineRule="auto"/>
              <w:rPr>
                <w:lang w:eastAsia="ja-JP"/>
              </w:rPr>
            </w:pPr>
            <w:r>
              <w:rPr>
                <w:rFonts w:ascii="Yu Gothic" w:eastAsia="Yu Gothic" w:hAnsi="Yu Gothic"/>
                <w:lang w:eastAsia="ja-JP"/>
              </w:rPr>
              <w:t>大阪市中央卸売市場 施設管理システム再構築</w:t>
            </w:r>
          </w:p>
        </w:tc>
      </w:tr>
    </w:tbl>
    <w:p w14:paraId="1C76AD1C" w14:textId="77777777" w:rsidR="00AC433C" w:rsidRDefault="00AC433C" w:rsidP="00AC433C">
      <w:pPr>
        <w:spacing w:after="60" w:line="240" w:lineRule="auto"/>
      </w:pPr>
      <w:r>
        <w:rPr>
          <w:rFonts w:ascii="Yu Gothic" w:eastAsia="Yu Gothic" w:hAnsi="Yu Gothic"/>
          <w:b/>
          <w:sz w:val="21"/>
        </w:rPr>
        <w:t>【</w:t>
      </w:r>
      <w:proofErr w:type="spellStart"/>
      <w:r>
        <w:rPr>
          <w:rFonts w:ascii="Yu Gothic" w:eastAsia="Yu Gothic" w:hAnsi="Yu Gothic"/>
          <w:b/>
          <w:sz w:val="21"/>
        </w:rPr>
        <w:t>質問者情報</w:t>
      </w:r>
      <w:proofErr w:type="spellEnd"/>
      <w:r>
        <w:rPr>
          <w:rFonts w:ascii="Yu Gothic" w:eastAsia="Yu Gothic" w:hAnsi="Yu Gothic"/>
          <w:b/>
          <w:sz w:val="21"/>
        </w:rPr>
        <w:t>】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3628"/>
        <w:gridCol w:w="1417"/>
        <w:gridCol w:w="3628"/>
      </w:tblGrid>
      <w:tr w:rsidR="00AC433C" w14:paraId="22162577" w14:textId="77777777" w:rsidTr="006576C1">
        <w:trPr>
          <w:jc w:val="center"/>
        </w:trPr>
        <w:tc>
          <w:tcPr>
            <w:tcW w:w="1417" w:type="dxa"/>
            <w:shd w:val="clear" w:color="auto" w:fill="E7E6E6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FDBCFCF" w14:textId="77777777" w:rsidR="00AC433C" w:rsidRDefault="00AC433C" w:rsidP="006576C1">
            <w:pPr>
              <w:spacing w:after="0" w:line="240" w:lineRule="auto"/>
              <w:jc w:val="center"/>
            </w:pPr>
            <w:proofErr w:type="spellStart"/>
            <w:r>
              <w:rPr>
                <w:rFonts w:ascii="Yu Gothic" w:eastAsia="Yu Gothic" w:hAnsi="Yu Gothic"/>
                <w:b/>
                <w:sz w:val="19"/>
              </w:rPr>
              <w:t>法人名・団体名</w:t>
            </w:r>
            <w:proofErr w:type="spellEnd"/>
          </w:p>
        </w:tc>
        <w:tc>
          <w:tcPr>
            <w:tcW w:w="362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EBFFA5B" w14:textId="77777777" w:rsidR="00AC433C" w:rsidRPr="00FE654C" w:rsidRDefault="00AC433C" w:rsidP="006576C1">
            <w:pPr>
              <w:spacing w:after="0" w:line="240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7" w:type="dxa"/>
            <w:shd w:val="clear" w:color="auto" w:fill="E7E6E6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5F4842C" w14:textId="77777777" w:rsidR="00AC433C" w:rsidRDefault="00AC433C" w:rsidP="006576C1">
            <w:pPr>
              <w:spacing w:after="0" w:line="240" w:lineRule="auto"/>
              <w:jc w:val="center"/>
            </w:pPr>
            <w:proofErr w:type="spellStart"/>
            <w:r>
              <w:rPr>
                <w:rFonts w:ascii="Yu Gothic" w:eastAsia="Yu Gothic" w:hAnsi="Yu Gothic"/>
                <w:b/>
                <w:sz w:val="19"/>
              </w:rPr>
              <w:t>所属・担当者名</w:t>
            </w:r>
            <w:proofErr w:type="spellEnd"/>
          </w:p>
        </w:tc>
        <w:tc>
          <w:tcPr>
            <w:tcW w:w="362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07F636D" w14:textId="77777777" w:rsidR="00AC433C" w:rsidRPr="00FE654C" w:rsidRDefault="00AC433C" w:rsidP="006576C1">
            <w:pPr>
              <w:spacing w:after="0" w:line="240" w:lineRule="auto"/>
              <w:rPr>
                <w:rFonts w:asciiTheme="minorEastAsia" w:eastAsiaTheme="minorEastAsia" w:hAnsiTheme="minorEastAsia"/>
              </w:rPr>
            </w:pPr>
          </w:p>
        </w:tc>
      </w:tr>
      <w:tr w:rsidR="00AC433C" w14:paraId="130664E9" w14:textId="77777777" w:rsidTr="006576C1">
        <w:trPr>
          <w:jc w:val="center"/>
        </w:trPr>
        <w:tc>
          <w:tcPr>
            <w:tcW w:w="1417" w:type="dxa"/>
            <w:shd w:val="clear" w:color="auto" w:fill="E7E6E6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6A80A0A" w14:textId="77777777" w:rsidR="00AC433C" w:rsidRDefault="00AC433C" w:rsidP="006576C1">
            <w:pPr>
              <w:spacing w:after="0" w:line="240" w:lineRule="auto"/>
              <w:jc w:val="center"/>
            </w:pPr>
            <w:proofErr w:type="spellStart"/>
            <w:r>
              <w:rPr>
                <w:rFonts w:ascii="Yu Gothic" w:eastAsia="Yu Gothic" w:hAnsi="Yu Gothic"/>
                <w:b/>
                <w:sz w:val="19"/>
              </w:rPr>
              <w:t>電話番号</w:t>
            </w:r>
            <w:proofErr w:type="spellEnd"/>
          </w:p>
        </w:tc>
        <w:tc>
          <w:tcPr>
            <w:tcW w:w="362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7960A3C" w14:textId="77777777" w:rsidR="00AC433C" w:rsidRPr="00FE654C" w:rsidRDefault="00AC433C" w:rsidP="006576C1">
            <w:pPr>
              <w:spacing w:after="0" w:line="240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7" w:type="dxa"/>
            <w:shd w:val="clear" w:color="auto" w:fill="E7E6E6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2136928" w14:textId="77777777" w:rsidR="00AC433C" w:rsidRDefault="00AC433C" w:rsidP="006576C1">
            <w:pPr>
              <w:spacing w:after="0" w:line="240" w:lineRule="auto"/>
              <w:jc w:val="center"/>
            </w:pPr>
            <w:r>
              <w:rPr>
                <w:rFonts w:ascii="Yu Gothic" w:eastAsia="Yu Gothic" w:hAnsi="Yu Gothic"/>
                <w:b/>
                <w:sz w:val="19"/>
              </w:rPr>
              <w:t>E-mail</w:t>
            </w:r>
          </w:p>
        </w:tc>
        <w:tc>
          <w:tcPr>
            <w:tcW w:w="362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DB5D057" w14:textId="77777777" w:rsidR="00AC433C" w:rsidRPr="00FE654C" w:rsidRDefault="00AC433C" w:rsidP="006576C1">
            <w:pPr>
              <w:spacing w:after="0" w:line="240" w:lineRule="auto"/>
              <w:rPr>
                <w:rFonts w:asciiTheme="minorEastAsia" w:eastAsiaTheme="minorEastAsia" w:hAnsiTheme="minorEastAsia"/>
              </w:rPr>
            </w:pPr>
          </w:p>
        </w:tc>
      </w:tr>
    </w:tbl>
    <w:p w14:paraId="775A072C" w14:textId="77777777" w:rsidR="00AC433C" w:rsidRDefault="00AC433C" w:rsidP="00AC433C">
      <w:pPr>
        <w:spacing w:after="60" w:line="240" w:lineRule="auto"/>
      </w:pPr>
      <w:r>
        <w:rPr>
          <w:rFonts w:ascii="Yu Gothic" w:eastAsia="Yu Gothic" w:hAnsi="Yu Gothic"/>
          <w:b/>
          <w:sz w:val="21"/>
        </w:rPr>
        <w:t>【</w:t>
      </w:r>
      <w:proofErr w:type="spellStart"/>
      <w:r>
        <w:rPr>
          <w:rFonts w:ascii="Yu Gothic" w:eastAsia="Yu Gothic" w:hAnsi="Yu Gothic"/>
          <w:b/>
          <w:sz w:val="21"/>
        </w:rPr>
        <w:t>質問事項</w:t>
      </w:r>
      <w:proofErr w:type="spellEnd"/>
      <w:r>
        <w:rPr>
          <w:rFonts w:ascii="Yu Gothic" w:eastAsia="Yu Gothic" w:hAnsi="Yu Gothic"/>
          <w:b/>
          <w:sz w:val="21"/>
        </w:rPr>
        <w:t>】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1928"/>
        <w:gridCol w:w="794"/>
        <w:gridCol w:w="1361"/>
        <w:gridCol w:w="5386"/>
      </w:tblGrid>
      <w:tr w:rsidR="00AC433C" w14:paraId="06D7A00C" w14:textId="77777777" w:rsidTr="006576C1">
        <w:trPr>
          <w:tblHeader/>
          <w:jc w:val="center"/>
        </w:trPr>
        <w:tc>
          <w:tcPr>
            <w:tcW w:w="624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D21C98" w14:textId="77777777" w:rsidR="00AC433C" w:rsidRDefault="00AC433C" w:rsidP="006576C1">
            <w:pPr>
              <w:spacing w:after="0" w:line="240" w:lineRule="auto"/>
              <w:jc w:val="center"/>
            </w:pPr>
            <w:r>
              <w:rPr>
                <w:rFonts w:ascii="Yu Gothic" w:eastAsia="Yu Gothic" w:hAnsi="Yu Gothic"/>
                <w:b/>
                <w:sz w:val="19"/>
              </w:rPr>
              <w:t>No.</w:t>
            </w:r>
          </w:p>
        </w:tc>
        <w:tc>
          <w:tcPr>
            <w:tcW w:w="1928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9FC591" w14:textId="77777777" w:rsidR="00AC433C" w:rsidRDefault="00AC433C" w:rsidP="006576C1">
            <w:pPr>
              <w:spacing w:after="0" w:line="240" w:lineRule="auto"/>
              <w:jc w:val="center"/>
            </w:pPr>
            <w:proofErr w:type="spellStart"/>
            <w:r>
              <w:rPr>
                <w:rFonts w:ascii="Yu Gothic" w:eastAsia="Yu Gothic" w:hAnsi="Yu Gothic"/>
                <w:b/>
                <w:sz w:val="19"/>
              </w:rPr>
              <w:t>資料名</w:t>
            </w:r>
            <w:proofErr w:type="spellEnd"/>
          </w:p>
        </w:tc>
        <w:tc>
          <w:tcPr>
            <w:tcW w:w="794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6B170F" w14:textId="77777777" w:rsidR="00AC433C" w:rsidRDefault="00AC433C" w:rsidP="006576C1">
            <w:pPr>
              <w:spacing w:after="0" w:line="240" w:lineRule="auto"/>
              <w:jc w:val="center"/>
            </w:pPr>
            <w:r>
              <w:rPr>
                <w:rFonts w:ascii="Yu Gothic" w:eastAsia="Yu Gothic" w:hAnsi="Yu Gothic"/>
                <w:b/>
                <w:sz w:val="19"/>
              </w:rPr>
              <w:t>頁</w:t>
            </w:r>
          </w:p>
        </w:tc>
        <w:tc>
          <w:tcPr>
            <w:tcW w:w="1361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604396" w14:textId="77777777" w:rsidR="00AC433C" w:rsidRDefault="00AC433C" w:rsidP="006576C1">
            <w:pPr>
              <w:spacing w:after="0" w:line="240" w:lineRule="auto"/>
              <w:jc w:val="center"/>
            </w:pPr>
            <w:proofErr w:type="spellStart"/>
            <w:r>
              <w:rPr>
                <w:rFonts w:ascii="Yu Gothic" w:eastAsia="Yu Gothic" w:hAnsi="Yu Gothic"/>
                <w:b/>
                <w:sz w:val="19"/>
              </w:rPr>
              <w:t>項目番号</w:t>
            </w:r>
            <w:proofErr w:type="spellEnd"/>
          </w:p>
        </w:tc>
        <w:tc>
          <w:tcPr>
            <w:tcW w:w="5386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0DA09E" w14:textId="77777777" w:rsidR="00AC433C" w:rsidRDefault="00AC433C" w:rsidP="006576C1">
            <w:pPr>
              <w:spacing w:after="0" w:line="240" w:lineRule="auto"/>
              <w:jc w:val="center"/>
            </w:pPr>
            <w:proofErr w:type="spellStart"/>
            <w:r>
              <w:rPr>
                <w:rFonts w:ascii="Yu Gothic" w:eastAsia="Yu Gothic" w:hAnsi="Yu Gothic"/>
                <w:b/>
                <w:sz w:val="19"/>
              </w:rPr>
              <w:t>質問内容</w:t>
            </w:r>
            <w:proofErr w:type="spellEnd"/>
          </w:p>
        </w:tc>
      </w:tr>
      <w:tr w:rsidR="00AC433C" w14:paraId="65ACDE5F" w14:textId="77777777" w:rsidTr="006576C1">
        <w:trPr>
          <w:trHeight w:val="960"/>
          <w:jc w:val="center"/>
        </w:trPr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23AD40" w14:textId="77777777" w:rsidR="00AC433C" w:rsidRDefault="00AC433C" w:rsidP="006576C1">
            <w:pPr>
              <w:spacing w:after="0" w:line="240" w:lineRule="auto"/>
              <w:jc w:val="center"/>
            </w:pPr>
            <w:r>
              <w:rPr>
                <w:rFonts w:ascii="Yu Gothic" w:eastAsia="Yu Gothic" w:hAnsi="Yu Gothic"/>
                <w:sz w:val="19"/>
              </w:rPr>
              <w:t>1</w:t>
            </w:r>
          </w:p>
        </w:tc>
        <w:tc>
          <w:tcPr>
            <w:tcW w:w="19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BA2F45" w14:textId="77777777" w:rsidR="00AC433C" w:rsidRPr="00FE654C" w:rsidRDefault="00AC433C" w:rsidP="006576C1">
            <w:pPr>
              <w:spacing w:after="0"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B41453" w14:textId="77777777" w:rsidR="00AC433C" w:rsidRPr="00FE654C" w:rsidRDefault="00AC433C" w:rsidP="006576C1">
            <w:pPr>
              <w:spacing w:after="0"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7C9F13" w14:textId="77777777" w:rsidR="00AC433C" w:rsidRPr="00FE654C" w:rsidRDefault="00AC433C" w:rsidP="006576C1">
            <w:pPr>
              <w:spacing w:after="0"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3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EF7D76" w14:textId="77777777" w:rsidR="00AC433C" w:rsidRPr="00FE654C" w:rsidRDefault="00AC433C" w:rsidP="006576C1">
            <w:pPr>
              <w:spacing w:after="0" w:line="240" w:lineRule="auto"/>
              <w:rPr>
                <w:rFonts w:asciiTheme="minorEastAsia" w:eastAsiaTheme="minorEastAsia" w:hAnsiTheme="minorEastAsia"/>
              </w:rPr>
            </w:pPr>
          </w:p>
        </w:tc>
      </w:tr>
      <w:tr w:rsidR="00AC433C" w14:paraId="62390B12" w14:textId="77777777" w:rsidTr="006576C1">
        <w:trPr>
          <w:trHeight w:val="960"/>
          <w:jc w:val="center"/>
        </w:trPr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BDFCB" w14:textId="77777777" w:rsidR="00AC433C" w:rsidRDefault="00AC433C" w:rsidP="006576C1">
            <w:pPr>
              <w:spacing w:after="0" w:line="240" w:lineRule="auto"/>
              <w:jc w:val="center"/>
            </w:pPr>
            <w:r>
              <w:rPr>
                <w:rFonts w:ascii="Yu Gothic" w:eastAsia="Yu Gothic" w:hAnsi="Yu Gothic"/>
                <w:sz w:val="19"/>
              </w:rPr>
              <w:t>2</w:t>
            </w:r>
          </w:p>
        </w:tc>
        <w:tc>
          <w:tcPr>
            <w:tcW w:w="19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253D33" w14:textId="77777777" w:rsidR="00AC433C" w:rsidRPr="00FE654C" w:rsidRDefault="00AC433C" w:rsidP="006576C1">
            <w:pPr>
              <w:spacing w:after="0"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A987D2" w14:textId="77777777" w:rsidR="00AC433C" w:rsidRPr="00FE654C" w:rsidRDefault="00AC433C" w:rsidP="006576C1">
            <w:pPr>
              <w:spacing w:after="0"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C6945" w14:textId="77777777" w:rsidR="00AC433C" w:rsidRPr="00FE654C" w:rsidRDefault="00AC433C" w:rsidP="006576C1">
            <w:pPr>
              <w:spacing w:after="0"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3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EF37B6" w14:textId="77777777" w:rsidR="00AC433C" w:rsidRPr="00FE654C" w:rsidRDefault="00AC433C" w:rsidP="006576C1">
            <w:pPr>
              <w:spacing w:after="0" w:line="240" w:lineRule="auto"/>
              <w:rPr>
                <w:rFonts w:asciiTheme="minorEastAsia" w:eastAsiaTheme="minorEastAsia" w:hAnsiTheme="minorEastAsia"/>
              </w:rPr>
            </w:pPr>
          </w:p>
        </w:tc>
      </w:tr>
      <w:tr w:rsidR="00AC433C" w14:paraId="7967996C" w14:textId="77777777" w:rsidTr="006576C1">
        <w:trPr>
          <w:trHeight w:val="960"/>
          <w:jc w:val="center"/>
        </w:trPr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6A9618" w14:textId="77777777" w:rsidR="00AC433C" w:rsidRDefault="00AC433C" w:rsidP="006576C1">
            <w:pPr>
              <w:spacing w:after="0" w:line="240" w:lineRule="auto"/>
              <w:jc w:val="center"/>
            </w:pPr>
            <w:r>
              <w:rPr>
                <w:rFonts w:ascii="Yu Gothic" w:eastAsia="Yu Gothic" w:hAnsi="Yu Gothic"/>
                <w:sz w:val="19"/>
              </w:rPr>
              <w:t>3</w:t>
            </w:r>
          </w:p>
        </w:tc>
        <w:tc>
          <w:tcPr>
            <w:tcW w:w="19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0CE76B" w14:textId="77777777" w:rsidR="00AC433C" w:rsidRPr="00FE654C" w:rsidRDefault="00AC433C" w:rsidP="006576C1">
            <w:pPr>
              <w:spacing w:after="0"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16BF66" w14:textId="77777777" w:rsidR="00AC433C" w:rsidRPr="00FE654C" w:rsidRDefault="00AC433C" w:rsidP="006576C1">
            <w:pPr>
              <w:spacing w:after="0"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B9897E" w14:textId="77777777" w:rsidR="00AC433C" w:rsidRPr="00FE654C" w:rsidRDefault="00AC433C" w:rsidP="006576C1">
            <w:pPr>
              <w:spacing w:after="0"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3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DC6DA8" w14:textId="77777777" w:rsidR="00AC433C" w:rsidRPr="00FE654C" w:rsidRDefault="00AC433C" w:rsidP="006576C1">
            <w:pPr>
              <w:spacing w:after="0" w:line="240" w:lineRule="auto"/>
              <w:rPr>
                <w:rFonts w:asciiTheme="minorEastAsia" w:eastAsiaTheme="minorEastAsia" w:hAnsiTheme="minorEastAsia"/>
              </w:rPr>
            </w:pPr>
          </w:p>
        </w:tc>
      </w:tr>
      <w:tr w:rsidR="00AC433C" w14:paraId="22B947BE" w14:textId="77777777" w:rsidTr="006576C1">
        <w:trPr>
          <w:trHeight w:val="960"/>
          <w:jc w:val="center"/>
        </w:trPr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5CACF" w14:textId="77777777" w:rsidR="00AC433C" w:rsidRDefault="00AC433C" w:rsidP="006576C1">
            <w:pPr>
              <w:spacing w:after="0" w:line="240" w:lineRule="auto"/>
              <w:jc w:val="center"/>
            </w:pPr>
            <w:r>
              <w:rPr>
                <w:rFonts w:ascii="Yu Gothic" w:eastAsia="Yu Gothic" w:hAnsi="Yu Gothic"/>
                <w:sz w:val="19"/>
              </w:rPr>
              <w:t>4</w:t>
            </w:r>
          </w:p>
        </w:tc>
        <w:tc>
          <w:tcPr>
            <w:tcW w:w="19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F2235E" w14:textId="77777777" w:rsidR="00AC433C" w:rsidRPr="00FE654C" w:rsidRDefault="00AC433C" w:rsidP="006576C1">
            <w:pPr>
              <w:spacing w:after="0"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43A184" w14:textId="77777777" w:rsidR="00AC433C" w:rsidRPr="00FE654C" w:rsidRDefault="00AC433C" w:rsidP="006576C1">
            <w:pPr>
              <w:spacing w:after="0"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983307" w14:textId="77777777" w:rsidR="00AC433C" w:rsidRPr="00FE654C" w:rsidRDefault="00AC433C" w:rsidP="006576C1">
            <w:pPr>
              <w:spacing w:after="0"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3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EA4080" w14:textId="77777777" w:rsidR="00AC433C" w:rsidRPr="00FE654C" w:rsidRDefault="00AC433C" w:rsidP="006576C1">
            <w:pPr>
              <w:spacing w:after="0" w:line="240" w:lineRule="auto"/>
              <w:rPr>
                <w:rFonts w:asciiTheme="minorEastAsia" w:eastAsiaTheme="minorEastAsia" w:hAnsiTheme="minorEastAsia"/>
              </w:rPr>
            </w:pPr>
          </w:p>
        </w:tc>
      </w:tr>
      <w:tr w:rsidR="00AC433C" w14:paraId="2B3EC782" w14:textId="77777777" w:rsidTr="006576C1">
        <w:trPr>
          <w:trHeight w:val="960"/>
          <w:jc w:val="center"/>
        </w:trPr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020450" w14:textId="77777777" w:rsidR="00AC433C" w:rsidRDefault="00AC433C" w:rsidP="006576C1">
            <w:pPr>
              <w:spacing w:after="0" w:line="240" w:lineRule="auto"/>
              <w:jc w:val="center"/>
            </w:pPr>
            <w:r>
              <w:rPr>
                <w:rFonts w:ascii="Yu Gothic" w:eastAsia="Yu Gothic" w:hAnsi="Yu Gothic"/>
                <w:sz w:val="19"/>
              </w:rPr>
              <w:t>5</w:t>
            </w:r>
          </w:p>
        </w:tc>
        <w:tc>
          <w:tcPr>
            <w:tcW w:w="19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6C450F" w14:textId="77777777" w:rsidR="00AC433C" w:rsidRPr="00FE654C" w:rsidRDefault="00AC433C" w:rsidP="006576C1">
            <w:pPr>
              <w:spacing w:after="0"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A21BAD" w14:textId="77777777" w:rsidR="00AC433C" w:rsidRPr="00FE654C" w:rsidRDefault="00AC433C" w:rsidP="006576C1">
            <w:pPr>
              <w:spacing w:after="0"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0CA3C6" w14:textId="77777777" w:rsidR="00AC433C" w:rsidRPr="00FE654C" w:rsidRDefault="00AC433C" w:rsidP="006576C1">
            <w:pPr>
              <w:spacing w:after="0"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3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F3BA4D" w14:textId="77777777" w:rsidR="00AC433C" w:rsidRPr="00FE654C" w:rsidRDefault="00AC433C" w:rsidP="006576C1">
            <w:pPr>
              <w:spacing w:after="0" w:line="240" w:lineRule="auto"/>
              <w:rPr>
                <w:rFonts w:asciiTheme="minorEastAsia" w:eastAsiaTheme="minorEastAsia" w:hAnsiTheme="minorEastAsia"/>
              </w:rPr>
            </w:pPr>
          </w:p>
        </w:tc>
      </w:tr>
      <w:tr w:rsidR="00AC433C" w14:paraId="61AA2A1A" w14:textId="77777777" w:rsidTr="006576C1">
        <w:trPr>
          <w:trHeight w:val="960"/>
          <w:jc w:val="center"/>
        </w:trPr>
        <w:tc>
          <w:tcPr>
            <w:tcW w:w="6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788E29" w14:textId="77777777" w:rsidR="00AC433C" w:rsidRDefault="00AC433C" w:rsidP="006576C1">
            <w:pPr>
              <w:spacing w:after="0" w:line="240" w:lineRule="auto"/>
              <w:jc w:val="center"/>
            </w:pPr>
            <w:r>
              <w:rPr>
                <w:rFonts w:ascii="Yu Gothic" w:eastAsia="Yu Gothic" w:hAnsi="Yu Gothic"/>
                <w:sz w:val="19"/>
              </w:rPr>
              <w:t>6</w:t>
            </w:r>
          </w:p>
        </w:tc>
        <w:tc>
          <w:tcPr>
            <w:tcW w:w="19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F27CC3" w14:textId="77777777" w:rsidR="00AC433C" w:rsidRPr="00FE654C" w:rsidRDefault="00AC433C" w:rsidP="006576C1">
            <w:pPr>
              <w:spacing w:after="0"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A8EB5A" w14:textId="77777777" w:rsidR="00AC433C" w:rsidRPr="00FE654C" w:rsidRDefault="00AC433C" w:rsidP="006576C1">
            <w:pPr>
              <w:spacing w:after="0"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59C378" w14:textId="77777777" w:rsidR="00AC433C" w:rsidRPr="00FE654C" w:rsidRDefault="00AC433C" w:rsidP="006576C1">
            <w:pPr>
              <w:spacing w:after="0" w:line="24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3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ACC263" w14:textId="77777777" w:rsidR="00AC433C" w:rsidRPr="00FE654C" w:rsidRDefault="00AC433C" w:rsidP="006576C1">
            <w:pPr>
              <w:spacing w:after="0" w:line="240" w:lineRule="auto"/>
              <w:rPr>
                <w:rFonts w:asciiTheme="minorEastAsia" w:eastAsiaTheme="minorEastAsia" w:hAnsiTheme="minorEastAsia"/>
              </w:rPr>
            </w:pPr>
          </w:p>
        </w:tc>
      </w:tr>
    </w:tbl>
    <w:p w14:paraId="581E14FD" w14:textId="77777777" w:rsidR="00AC433C" w:rsidRDefault="00AC433C" w:rsidP="00AC433C">
      <w:pPr>
        <w:spacing w:before="100" w:after="0" w:line="240" w:lineRule="auto"/>
        <w:rPr>
          <w:lang w:eastAsia="ja-JP"/>
        </w:rPr>
      </w:pPr>
      <w:r>
        <w:rPr>
          <w:rFonts w:ascii="Yu Gothic" w:eastAsia="Yu Gothic" w:hAnsi="Yu Gothic"/>
          <w:sz w:val="17"/>
          <w:lang w:eastAsia="ja-JP"/>
        </w:rPr>
        <w:t>※ 質問箇所が特定できるよう、資料名、頁、項目番号を記載してください。</w:t>
      </w:r>
    </w:p>
    <w:p w14:paraId="7C561A76" w14:textId="15181D2E" w:rsidR="00AC433C" w:rsidRDefault="00AC433C" w:rsidP="00AC433C">
      <w:pPr>
        <w:spacing w:before="240" w:after="0"/>
        <w:jc w:val="right"/>
        <w:rPr>
          <w:b/>
          <w:lang w:eastAsia="ja-JP"/>
        </w:rPr>
      </w:pPr>
      <w:r>
        <w:rPr>
          <w:rFonts w:ascii="Yu Gothic" w:eastAsia="Yu Gothic" w:hAnsi="Yu Gothic"/>
          <w:sz w:val="17"/>
          <w:lang w:eastAsia="ja-JP"/>
        </w:rPr>
        <w:t>※ 質問が6件を超える場合は、本様式を複製して使用してください。</w:t>
      </w:r>
    </w:p>
    <w:p w14:paraId="1732A15D" w14:textId="0DF550F8" w:rsidR="00AC433C" w:rsidRDefault="00AC433C">
      <w:pPr>
        <w:spacing w:after="200" w:line="276" w:lineRule="auto"/>
        <w:rPr>
          <w:b/>
          <w:lang w:eastAsia="ja-JP"/>
        </w:rPr>
      </w:pPr>
    </w:p>
    <w:sectPr w:rsidR="00AC433C" w:rsidSect="00034616">
      <w:pgSz w:w="12240" w:h="15840"/>
      <w:pgMar w:top="1020" w:right="1134" w:bottom="1020" w:left="1134" w:header="454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41507" w14:textId="77777777" w:rsidR="008C412E" w:rsidRDefault="008C412E">
      <w:pPr>
        <w:spacing w:after="0" w:line="240" w:lineRule="auto"/>
      </w:pPr>
      <w:r>
        <w:separator/>
      </w:r>
    </w:p>
  </w:endnote>
  <w:endnote w:type="continuationSeparator" w:id="0">
    <w:p w14:paraId="6EEC3CAE" w14:textId="77777777" w:rsidR="008C412E" w:rsidRDefault="008C4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ans CJK JP">
    <w:altName w:val="ＭＳ ゴシック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3AD23" w14:textId="77777777" w:rsidR="008C412E" w:rsidRDefault="008C412E">
      <w:pPr>
        <w:spacing w:after="0" w:line="240" w:lineRule="auto"/>
      </w:pPr>
      <w:r>
        <w:separator/>
      </w:r>
    </w:p>
  </w:footnote>
  <w:footnote w:type="continuationSeparator" w:id="0">
    <w:p w14:paraId="61C45987" w14:textId="77777777" w:rsidR="008C412E" w:rsidRDefault="008C41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8F72087"/>
    <w:multiLevelType w:val="hybridMultilevel"/>
    <w:tmpl w:val="21FC220C"/>
    <w:lvl w:ilvl="0" w:tplc="0409000F">
      <w:start w:val="1"/>
      <w:numFmt w:val="decimal"/>
      <w:lvlText w:val="%1."/>
      <w:lvlJc w:val="left"/>
      <w:pPr>
        <w:ind w:left="723" w:hanging="440"/>
      </w:pPr>
    </w:lvl>
    <w:lvl w:ilvl="1" w:tplc="04090017" w:tentative="1">
      <w:start w:val="1"/>
      <w:numFmt w:val="aiueoFullWidth"/>
      <w:lvlText w:val="(%2)"/>
      <w:lvlJc w:val="left"/>
      <w:pPr>
        <w:ind w:left="1163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3" w:hanging="440"/>
      </w:pPr>
    </w:lvl>
    <w:lvl w:ilvl="3" w:tplc="0409000F" w:tentative="1">
      <w:start w:val="1"/>
      <w:numFmt w:val="decimal"/>
      <w:lvlText w:val="%4."/>
      <w:lvlJc w:val="left"/>
      <w:pPr>
        <w:ind w:left="2043" w:hanging="440"/>
      </w:pPr>
    </w:lvl>
    <w:lvl w:ilvl="4" w:tplc="04090017" w:tentative="1">
      <w:start w:val="1"/>
      <w:numFmt w:val="aiueoFullWidth"/>
      <w:lvlText w:val="(%5)"/>
      <w:lvlJc w:val="left"/>
      <w:pPr>
        <w:ind w:left="2483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3" w:hanging="440"/>
      </w:pPr>
    </w:lvl>
    <w:lvl w:ilvl="6" w:tplc="0409000F" w:tentative="1">
      <w:start w:val="1"/>
      <w:numFmt w:val="decimal"/>
      <w:lvlText w:val="%7."/>
      <w:lvlJc w:val="left"/>
      <w:pPr>
        <w:ind w:left="3363" w:hanging="440"/>
      </w:pPr>
    </w:lvl>
    <w:lvl w:ilvl="7" w:tplc="04090017" w:tentative="1">
      <w:start w:val="1"/>
      <w:numFmt w:val="aiueoFullWidth"/>
      <w:lvlText w:val="(%8)"/>
      <w:lvlJc w:val="left"/>
      <w:pPr>
        <w:ind w:left="3803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3" w:hanging="440"/>
      </w:pPr>
    </w:lvl>
  </w:abstractNum>
  <w:num w:numId="1" w16cid:durableId="1724790832">
    <w:abstractNumId w:val="8"/>
  </w:num>
  <w:num w:numId="2" w16cid:durableId="1897929252">
    <w:abstractNumId w:val="6"/>
  </w:num>
  <w:num w:numId="3" w16cid:durableId="672336815">
    <w:abstractNumId w:val="5"/>
  </w:num>
  <w:num w:numId="4" w16cid:durableId="1621496409">
    <w:abstractNumId w:val="4"/>
  </w:num>
  <w:num w:numId="5" w16cid:durableId="264192010">
    <w:abstractNumId w:val="7"/>
  </w:num>
  <w:num w:numId="6" w16cid:durableId="1639187344">
    <w:abstractNumId w:val="3"/>
  </w:num>
  <w:num w:numId="7" w16cid:durableId="1568802908">
    <w:abstractNumId w:val="2"/>
  </w:num>
  <w:num w:numId="8" w16cid:durableId="1735011076">
    <w:abstractNumId w:val="1"/>
  </w:num>
  <w:num w:numId="9" w16cid:durableId="1755397430">
    <w:abstractNumId w:val="0"/>
  </w:num>
  <w:num w:numId="10" w16cid:durableId="17081402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4C7D"/>
    <w:rsid w:val="00041AFB"/>
    <w:rsid w:val="00044DE6"/>
    <w:rsid w:val="0006063C"/>
    <w:rsid w:val="000A0E38"/>
    <w:rsid w:val="000A681A"/>
    <w:rsid w:val="000B048D"/>
    <w:rsid w:val="000C05D5"/>
    <w:rsid w:val="000D2F26"/>
    <w:rsid w:val="000D381B"/>
    <w:rsid w:val="001054EC"/>
    <w:rsid w:val="00106FF5"/>
    <w:rsid w:val="00132374"/>
    <w:rsid w:val="00137024"/>
    <w:rsid w:val="0015074B"/>
    <w:rsid w:val="00163367"/>
    <w:rsid w:val="00167EE0"/>
    <w:rsid w:val="00174CD7"/>
    <w:rsid w:val="001816CE"/>
    <w:rsid w:val="00185A96"/>
    <w:rsid w:val="00195C25"/>
    <w:rsid w:val="001B4818"/>
    <w:rsid w:val="001E01B5"/>
    <w:rsid w:val="0021135D"/>
    <w:rsid w:val="002151D0"/>
    <w:rsid w:val="00222EBB"/>
    <w:rsid w:val="00250F1A"/>
    <w:rsid w:val="0027064D"/>
    <w:rsid w:val="00281823"/>
    <w:rsid w:val="00293418"/>
    <w:rsid w:val="002934DD"/>
    <w:rsid w:val="0029639D"/>
    <w:rsid w:val="002A785D"/>
    <w:rsid w:val="002F0CB9"/>
    <w:rsid w:val="002F3B1F"/>
    <w:rsid w:val="00305C44"/>
    <w:rsid w:val="00324A25"/>
    <w:rsid w:val="00326F90"/>
    <w:rsid w:val="00341BC5"/>
    <w:rsid w:val="0035276D"/>
    <w:rsid w:val="00392BDF"/>
    <w:rsid w:val="003A4E98"/>
    <w:rsid w:val="004021D9"/>
    <w:rsid w:val="0040500E"/>
    <w:rsid w:val="004119EF"/>
    <w:rsid w:val="00443CF6"/>
    <w:rsid w:val="00457EF5"/>
    <w:rsid w:val="004733EC"/>
    <w:rsid w:val="00483582"/>
    <w:rsid w:val="004A5AB4"/>
    <w:rsid w:val="004C6CBB"/>
    <w:rsid w:val="004E2586"/>
    <w:rsid w:val="004E62BC"/>
    <w:rsid w:val="004F673C"/>
    <w:rsid w:val="00536491"/>
    <w:rsid w:val="0053770F"/>
    <w:rsid w:val="0056554C"/>
    <w:rsid w:val="005863E1"/>
    <w:rsid w:val="00593B0A"/>
    <w:rsid w:val="005B7AA5"/>
    <w:rsid w:val="005C273F"/>
    <w:rsid w:val="005D5911"/>
    <w:rsid w:val="005D7688"/>
    <w:rsid w:val="005E4B84"/>
    <w:rsid w:val="00607C51"/>
    <w:rsid w:val="006151CB"/>
    <w:rsid w:val="00616C07"/>
    <w:rsid w:val="00696B8A"/>
    <w:rsid w:val="006D7843"/>
    <w:rsid w:val="006E0B09"/>
    <w:rsid w:val="00735D7F"/>
    <w:rsid w:val="00770199"/>
    <w:rsid w:val="007744D3"/>
    <w:rsid w:val="00784754"/>
    <w:rsid w:val="007B4864"/>
    <w:rsid w:val="007C33B1"/>
    <w:rsid w:val="007D0C0D"/>
    <w:rsid w:val="007D733D"/>
    <w:rsid w:val="00820CA3"/>
    <w:rsid w:val="00825BF8"/>
    <w:rsid w:val="00841281"/>
    <w:rsid w:val="00847C3A"/>
    <w:rsid w:val="008604EC"/>
    <w:rsid w:val="0087113A"/>
    <w:rsid w:val="00884186"/>
    <w:rsid w:val="00895399"/>
    <w:rsid w:val="00895AF3"/>
    <w:rsid w:val="008A205A"/>
    <w:rsid w:val="008C1646"/>
    <w:rsid w:val="008C412E"/>
    <w:rsid w:val="008D19DB"/>
    <w:rsid w:val="00903CA2"/>
    <w:rsid w:val="00905A82"/>
    <w:rsid w:val="009142BE"/>
    <w:rsid w:val="00935ADD"/>
    <w:rsid w:val="00974963"/>
    <w:rsid w:val="00986C5A"/>
    <w:rsid w:val="00993DB6"/>
    <w:rsid w:val="009951F1"/>
    <w:rsid w:val="009A48D0"/>
    <w:rsid w:val="009B03AF"/>
    <w:rsid w:val="009B43E6"/>
    <w:rsid w:val="009C7AD4"/>
    <w:rsid w:val="009E03DA"/>
    <w:rsid w:val="00A12CAA"/>
    <w:rsid w:val="00A17EF1"/>
    <w:rsid w:val="00A55E04"/>
    <w:rsid w:val="00A70C5F"/>
    <w:rsid w:val="00A9055B"/>
    <w:rsid w:val="00A90883"/>
    <w:rsid w:val="00A91109"/>
    <w:rsid w:val="00A92033"/>
    <w:rsid w:val="00AA1D8D"/>
    <w:rsid w:val="00AC082E"/>
    <w:rsid w:val="00AC433C"/>
    <w:rsid w:val="00B03455"/>
    <w:rsid w:val="00B24CF3"/>
    <w:rsid w:val="00B27B85"/>
    <w:rsid w:val="00B41084"/>
    <w:rsid w:val="00B47730"/>
    <w:rsid w:val="00B532D2"/>
    <w:rsid w:val="00B77AC3"/>
    <w:rsid w:val="00BA618F"/>
    <w:rsid w:val="00BC4A50"/>
    <w:rsid w:val="00BD2FF6"/>
    <w:rsid w:val="00C03163"/>
    <w:rsid w:val="00C315F5"/>
    <w:rsid w:val="00C82CAB"/>
    <w:rsid w:val="00C95E96"/>
    <w:rsid w:val="00CA72C7"/>
    <w:rsid w:val="00CA79E1"/>
    <w:rsid w:val="00CB0664"/>
    <w:rsid w:val="00CD33F7"/>
    <w:rsid w:val="00D05478"/>
    <w:rsid w:val="00D10A41"/>
    <w:rsid w:val="00D25CE8"/>
    <w:rsid w:val="00D737E8"/>
    <w:rsid w:val="00D91D16"/>
    <w:rsid w:val="00DC1D25"/>
    <w:rsid w:val="00E061D0"/>
    <w:rsid w:val="00E147C3"/>
    <w:rsid w:val="00E22A85"/>
    <w:rsid w:val="00E331FA"/>
    <w:rsid w:val="00E40254"/>
    <w:rsid w:val="00E547EF"/>
    <w:rsid w:val="00E65DE2"/>
    <w:rsid w:val="00E65F7E"/>
    <w:rsid w:val="00E73BE4"/>
    <w:rsid w:val="00E7528C"/>
    <w:rsid w:val="00E954EC"/>
    <w:rsid w:val="00EA2FAE"/>
    <w:rsid w:val="00F01780"/>
    <w:rsid w:val="00F02B0A"/>
    <w:rsid w:val="00F06DDE"/>
    <w:rsid w:val="00F20EB1"/>
    <w:rsid w:val="00F30F99"/>
    <w:rsid w:val="00F458EC"/>
    <w:rsid w:val="00F77ECA"/>
    <w:rsid w:val="00F84059"/>
    <w:rsid w:val="00F87118"/>
    <w:rsid w:val="00F9460F"/>
    <w:rsid w:val="00FC693F"/>
    <w:rsid w:val="00FD1590"/>
    <w:rsid w:val="00FD1C5F"/>
    <w:rsid w:val="00FE654C"/>
    <w:rsid w:val="00FF4078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01961D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300" w:lineRule="auto"/>
    </w:pPr>
    <w:rPr>
      <w:rFonts w:ascii="Noto Sans CJK JP" w:eastAsia="Noto Sans CJK JP" w:hAnsi="Noto Sans CJK JP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RFI">
    <w:name w:val="TitleRFI"/>
    <w:pPr>
      <w:keepNext/>
    </w:pPr>
    <w:rPr>
      <w:rFonts w:ascii="Noto Sans CJK JP" w:eastAsia="Noto Sans CJK JP" w:hAnsi="Noto Sans CJK JP"/>
      <w:b/>
      <w:color w:val="17365D"/>
      <w:sz w:val="44"/>
    </w:rPr>
  </w:style>
  <w:style w:type="paragraph" w:customStyle="1" w:styleId="H1RFI">
    <w:name w:val="H1RFI"/>
    <w:pPr>
      <w:keepNext/>
      <w:spacing w:before="240" w:after="120"/>
    </w:pPr>
    <w:rPr>
      <w:rFonts w:ascii="Noto Sans CJK JP" w:eastAsia="Noto Sans CJK JP" w:hAnsi="Noto Sans CJK JP"/>
      <w:b/>
      <w:color w:val="17365D"/>
      <w:sz w:val="30"/>
    </w:rPr>
  </w:style>
  <w:style w:type="paragraph" w:customStyle="1" w:styleId="H2RFI">
    <w:name w:val="H2RFI"/>
    <w:pPr>
      <w:keepNext/>
      <w:spacing w:before="160" w:after="80"/>
    </w:pPr>
    <w:rPr>
      <w:rFonts w:ascii="Noto Sans CJK JP" w:eastAsia="Noto Sans CJK JP" w:hAnsi="Noto Sans CJK JP"/>
      <w:b/>
      <w:color w:val="2F5597"/>
      <w:sz w:val="24"/>
    </w:rPr>
  </w:style>
  <w:style w:type="paragraph" w:customStyle="1" w:styleId="H3RFI">
    <w:name w:val="H3RFI"/>
    <w:pPr>
      <w:keepNext/>
      <w:spacing w:before="120" w:after="60"/>
    </w:pPr>
    <w:rPr>
      <w:rFonts w:ascii="Noto Sans CJK JP" w:eastAsia="Noto Sans CJK JP" w:hAnsi="Noto Sans CJK JP"/>
      <w:b/>
      <w:color w:val="333333"/>
      <w:sz w:val="21"/>
    </w:rPr>
  </w:style>
  <w:style w:type="character" w:styleId="aff">
    <w:name w:val="Hyperlink"/>
    <w:basedOn w:val="a2"/>
    <w:uiPriority w:val="99"/>
    <w:unhideWhenUsed/>
    <w:rsid w:val="00974963"/>
    <w:rPr>
      <w:color w:val="0000FF" w:themeColor="hyperlink"/>
      <w:u w:val="single"/>
    </w:rPr>
  </w:style>
  <w:style w:type="character" w:styleId="aff0">
    <w:name w:val="Unresolved Mention"/>
    <w:basedOn w:val="a2"/>
    <w:uiPriority w:val="99"/>
    <w:semiHidden/>
    <w:unhideWhenUsed/>
    <w:rsid w:val="00974963"/>
    <w:rPr>
      <w:color w:val="605E5C"/>
      <w:shd w:val="clear" w:color="auto" w:fill="E1DFDD"/>
    </w:rPr>
  </w:style>
  <w:style w:type="character" w:styleId="aff1">
    <w:name w:val="FollowedHyperlink"/>
    <w:basedOn w:val="a2"/>
    <w:uiPriority w:val="99"/>
    <w:semiHidden/>
    <w:unhideWhenUsed/>
    <w:rsid w:val="009951F1"/>
    <w:rPr>
      <w:color w:val="800080" w:themeColor="followedHyperlink"/>
      <w:u w:val="single"/>
    </w:rPr>
  </w:style>
  <w:style w:type="paragraph" w:styleId="aff2">
    <w:name w:val="Revision"/>
    <w:hidden/>
    <w:uiPriority w:val="99"/>
    <w:semiHidden/>
    <w:rsid w:val="00C315F5"/>
    <w:pPr>
      <w:spacing w:after="0" w:line="240" w:lineRule="auto"/>
    </w:pPr>
    <w:rPr>
      <w:rFonts w:ascii="Noto Sans CJK JP" w:eastAsia="Noto Sans CJK JP" w:hAnsi="Noto Sans CJK JP"/>
      <w:sz w:val="20"/>
    </w:rPr>
  </w:style>
  <w:style w:type="character" w:styleId="aff3">
    <w:name w:val="annotation reference"/>
    <w:basedOn w:val="a2"/>
    <w:uiPriority w:val="99"/>
    <w:semiHidden/>
    <w:unhideWhenUsed/>
    <w:rsid w:val="00C315F5"/>
    <w:rPr>
      <w:sz w:val="18"/>
      <w:szCs w:val="18"/>
    </w:rPr>
  </w:style>
  <w:style w:type="paragraph" w:styleId="aff4">
    <w:name w:val="annotation text"/>
    <w:basedOn w:val="a1"/>
    <w:link w:val="aff5"/>
    <w:uiPriority w:val="99"/>
    <w:unhideWhenUsed/>
    <w:rsid w:val="00C315F5"/>
  </w:style>
  <w:style w:type="character" w:customStyle="1" w:styleId="aff5">
    <w:name w:val="コメント文字列 (文字)"/>
    <w:basedOn w:val="a2"/>
    <w:link w:val="aff4"/>
    <w:uiPriority w:val="99"/>
    <w:rsid w:val="00C315F5"/>
    <w:rPr>
      <w:rFonts w:ascii="Noto Sans CJK JP" w:eastAsia="Noto Sans CJK JP" w:hAnsi="Noto Sans CJK JP"/>
      <w:sz w:val="20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C315F5"/>
    <w:rPr>
      <w:b/>
      <w:bCs/>
    </w:rPr>
  </w:style>
  <w:style w:type="character" w:customStyle="1" w:styleId="aff7">
    <w:name w:val="コメント内容 (文字)"/>
    <w:basedOn w:val="aff5"/>
    <w:link w:val="aff6"/>
    <w:uiPriority w:val="99"/>
    <w:semiHidden/>
    <w:rsid w:val="00C315F5"/>
    <w:rPr>
      <w:rFonts w:ascii="Noto Sans CJK JP" w:eastAsia="Noto Sans CJK JP" w:hAnsi="Noto Sans CJK JP"/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0001@city.osaka.lg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0001@city.osak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d0001@city.osaka.lg.j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1399</Words>
  <Characters>7976</Characters>
  <Application>Microsoft Office Word</Application>
  <DocSecurity>0</DocSecurity>
  <Lines>66</Lines>
  <Paragraphs>18</Paragraphs>
  <ScaleCrop>false</ScaleCrop>
  <Manager/>
  <Company/>
  <LinksUpToDate>false</LinksUpToDate>
  <CharactersWithSpaces>9357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2026-10-14T01:02:00Z</dcterms:created>
  <dcterms:modified xsi:type="dcterms:W3CDTF">2026-10-14T06:15:00Z</dcterms:modified>
  <cp:category/>
</cp:coreProperties>
</file>